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5D2E5C" w14:textId="77777777" w:rsidR="00605A98" w:rsidRDefault="00000000">
      <w:pPr>
        <w:pStyle w:val="WBTitle"/>
        <w:jc w:val="center"/>
      </w:pPr>
      <w:r>
        <w:t>SELLING THE STRATEGY</w:t>
      </w:r>
    </w:p>
    <w:p w14:paraId="40C87BBA" w14:textId="77777777" w:rsidR="00605A98" w:rsidRDefault="00000000">
      <w:pPr>
        <w:pStyle w:val="WBSubtitle"/>
        <w:jc w:val="center"/>
      </w:pPr>
      <w:r>
        <w:t>How to Position CTE Initiatives for Executive and Donor Support</w:t>
      </w:r>
    </w:p>
    <w:p w14:paraId="663F7598" w14:textId="77777777" w:rsidR="00605A98" w:rsidRDefault="00000000">
      <w:pPr>
        <w:jc w:val="center"/>
      </w:pPr>
      <w:r>
        <w:rPr>
          <w:b/>
          <w:color w:val="123B5D"/>
        </w:rPr>
        <w:t>Participant Workbook</w:t>
      </w:r>
    </w:p>
    <w:tbl>
      <w:tblPr>
        <w:tblW w:w="0" w:type="auto"/>
        <w:jc w:val="center"/>
        <w:tblLook w:val="04A0" w:firstRow="1" w:lastRow="0" w:firstColumn="1" w:lastColumn="0" w:noHBand="0" w:noVBand="1"/>
      </w:tblPr>
      <w:tblGrid>
        <w:gridCol w:w="10454"/>
      </w:tblGrid>
      <w:tr w:rsidR="00605A98" w14:paraId="3172D913" w14:textId="77777777">
        <w:trPr>
          <w:jc w:val="center"/>
        </w:trPr>
        <w:tc>
          <w:tcPr>
            <w:tcW w:w="10454" w:type="dxa"/>
            <w:shd w:val="clear" w:color="auto" w:fill="123B5D"/>
            <w:tcMar>
              <w:top w:w="80" w:type="dxa"/>
              <w:left w:w="120" w:type="dxa"/>
              <w:bottom w:w="80" w:type="dxa"/>
              <w:right w:w="120" w:type="dxa"/>
            </w:tcMar>
          </w:tcPr>
          <w:p w14:paraId="2B8F3F0E" w14:textId="77777777" w:rsidR="00605A98" w:rsidRDefault="00000000">
            <w:pPr>
              <w:spacing w:after="0"/>
              <w:jc w:val="center"/>
            </w:pPr>
            <w:r>
              <w:rPr>
                <w:b/>
                <w:color w:val="FFFFFF"/>
                <w:sz w:val="20"/>
              </w:rPr>
              <w:t>IDEAS DON'T GET FUNDED. PRIORITIES GET FUNDED.</w:t>
            </w:r>
          </w:p>
        </w:tc>
      </w:tr>
    </w:tbl>
    <w:p w14:paraId="1DFE7157" w14:textId="77777777" w:rsidR="00605A98" w:rsidRDefault="00605A98"/>
    <w:p w14:paraId="454EDC5D" w14:textId="77777777" w:rsidR="00605A98" w:rsidRDefault="00000000">
      <w:pPr>
        <w:pStyle w:val="WBSection"/>
      </w:pPr>
      <w:r>
        <w:t>The 45-Minute Journey</w:t>
      </w:r>
    </w:p>
    <w:tbl>
      <w:tblPr>
        <w:tblW w:w="0" w:type="auto"/>
        <w:jc w:val="center"/>
        <w:tblLook w:val="04A0" w:firstRow="1" w:lastRow="0" w:firstColumn="1" w:lastColumn="0" w:noHBand="0" w:noVBand="1"/>
      </w:tblPr>
      <w:tblGrid>
        <w:gridCol w:w="2251"/>
        <w:gridCol w:w="3330"/>
        <w:gridCol w:w="4874"/>
      </w:tblGrid>
      <w:tr w:rsidR="00605A98" w14:paraId="7F65E2BF" w14:textId="77777777" w:rsidTr="005D71B4">
        <w:trPr>
          <w:jc w:val="center"/>
        </w:trPr>
        <w:tc>
          <w:tcPr>
            <w:tcW w:w="2251" w:type="dxa"/>
            <w:shd w:val="clear" w:color="auto" w:fill="2D7F83"/>
            <w:tcMar>
              <w:top w:w="75" w:type="dxa"/>
              <w:left w:w="80" w:type="dxa"/>
              <w:bottom w:w="75" w:type="dxa"/>
              <w:right w:w="80" w:type="dxa"/>
            </w:tcMar>
            <w:vAlign w:val="center"/>
          </w:tcPr>
          <w:p w14:paraId="7D68B9BE" w14:textId="77777777" w:rsidR="00605A98" w:rsidRDefault="00000000">
            <w:pPr>
              <w:jc w:val="center"/>
            </w:pPr>
            <w:r>
              <w:rPr>
                <w:b/>
                <w:color w:val="FFFFFF"/>
                <w:sz w:val="26"/>
              </w:rPr>
              <w:t>1</w:t>
            </w:r>
          </w:p>
        </w:tc>
        <w:tc>
          <w:tcPr>
            <w:tcW w:w="3330" w:type="dxa"/>
            <w:shd w:val="clear" w:color="auto" w:fill="EEF4F6"/>
            <w:tcMar>
              <w:top w:w="75" w:type="dxa"/>
              <w:left w:w="80" w:type="dxa"/>
              <w:bottom w:w="75" w:type="dxa"/>
              <w:right w:w="80" w:type="dxa"/>
            </w:tcMar>
            <w:vAlign w:val="center"/>
          </w:tcPr>
          <w:p w14:paraId="35AAA5AF" w14:textId="77777777" w:rsidR="00605A98" w:rsidRDefault="00000000">
            <w:r>
              <w:rPr>
                <w:b/>
                <w:color w:val="123B5D"/>
              </w:rPr>
              <w:t>READ THE DECISION ENVIRONMENT</w:t>
            </w:r>
          </w:p>
        </w:tc>
        <w:tc>
          <w:tcPr>
            <w:tcW w:w="4874" w:type="dxa"/>
            <w:shd w:val="clear" w:color="auto" w:fill="F7F9FA"/>
            <w:tcMar>
              <w:top w:w="75" w:type="dxa"/>
              <w:left w:w="80" w:type="dxa"/>
              <w:bottom w:w="75" w:type="dxa"/>
              <w:right w:w="80" w:type="dxa"/>
            </w:tcMar>
            <w:vAlign w:val="center"/>
          </w:tcPr>
          <w:p w14:paraId="6EA3078F" w14:textId="77777777" w:rsidR="00605A98" w:rsidRDefault="00000000">
            <w:r>
              <w:rPr>
                <w:sz w:val="17"/>
              </w:rPr>
              <w:t>What is your audience responsible for?</w:t>
            </w:r>
          </w:p>
        </w:tc>
      </w:tr>
      <w:tr w:rsidR="00605A98" w14:paraId="3A9E5E19" w14:textId="77777777" w:rsidTr="005D71B4">
        <w:trPr>
          <w:jc w:val="center"/>
        </w:trPr>
        <w:tc>
          <w:tcPr>
            <w:tcW w:w="2251" w:type="dxa"/>
            <w:shd w:val="clear" w:color="auto" w:fill="2D7F83"/>
            <w:tcMar>
              <w:top w:w="75" w:type="dxa"/>
              <w:left w:w="80" w:type="dxa"/>
              <w:bottom w:w="75" w:type="dxa"/>
              <w:right w:w="80" w:type="dxa"/>
            </w:tcMar>
            <w:vAlign w:val="center"/>
          </w:tcPr>
          <w:p w14:paraId="02B8A583" w14:textId="77777777" w:rsidR="00605A98" w:rsidRDefault="00000000">
            <w:pPr>
              <w:jc w:val="center"/>
            </w:pPr>
            <w:r>
              <w:rPr>
                <w:b/>
                <w:color w:val="FFFFFF"/>
                <w:sz w:val="26"/>
              </w:rPr>
              <w:t>2</w:t>
            </w:r>
          </w:p>
        </w:tc>
        <w:tc>
          <w:tcPr>
            <w:tcW w:w="3330" w:type="dxa"/>
            <w:shd w:val="clear" w:color="auto" w:fill="EEF4F6"/>
            <w:tcMar>
              <w:top w:w="75" w:type="dxa"/>
              <w:left w:w="80" w:type="dxa"/>
              <w:bottom w:w="75" w:type="dxa"/>
              <w:right w:w="80" w:type="dxa"/>
            </w:tcMar>
            <w:vAlign w:val="center"/>
          </w:tcPr>
          <w:p w14:paraId="00B24A44" w14:textId="77777777" w:rsidR="00605A98" w:rsidRDefault="00000000">
            <w:r>
              <w:rPr>
                <w:b/>
                <w:color w:val="123B5D"/>
              </w:rPr>
              <w:t>FIND THE ALIGNMENT</w:t>
            </w:r>
          </w:p>
        </w:tc>
        <w:tc>
          <w:tcPr>
            <w:tcW w:w="4874" w:type="dxa"/>
            <w:shd w:val="clear" w:color="auto" w:fill="F7F9FA"/>
            <w:tcMar>
              <w:top w:w="75" w:type="dxa"/>
              <w:left w:w="80" w:type="dxa"/>
              <w:bottom w:w="75" w:type="dxa"/>
              <w:right w:w="80" w:type="dxa"/>
            </w:tcMar>
            <w:vAlign w:val="center"/>
          </w:tcPr>
          <w:p w14:paraId="52D7C49B" w14:textId="77777777" w:rsidR="00605A98" w:rsidRDefault="00000000">
            <w:r>
              <w:rPr>
                <w:sz w:val="17"/>
              </w:rPr>
              <w:t>Where does your idea intersect with what already matters?</w:t>
            </w:r>
          </w:p>
        </w:tc>
      </w:tr>
      <w:tr w:rsidR="00605A98" w14:paraId="06C6B352" w14:textId="77777777" w:rsidTr="005D71B4">
        <w:trPr>
          <w:jc w:val="center"/>
        </w:trPr>
        <w:tc>
          <w:tcPr>
            <w:tcW w:w="2251" w:type="dxa"/>
            <w:shd w:val="clear" w:color="auto" w:fill="2D7F83"/>
            <w:tcMar>
              <w:top w:w="75" w:type="dxa"/>
              <w:left w:w="80" w:type="dxa"/>
              <w:bottom w:w="75" w:type="dxa"/>
              <w:right w:w="80" w:type="dxa"/>
            </w:tcMar>
            <w:vAlign w:val="center"/>
          </w:tcPr>
          <w:p w14:paraId="688CAC1D" w14:textId="77777777" w:rsidR="00605A98" w:rsidRDefault="00000000">
            <w:pPr>
              <w:jc w:val="center"/>
            </w:pPr>
            <w:r>
              <w:rPr>
                <w:b/>
                <w:color w:val="FFFFFF"/>
                <w:sz w:val="26"/>
              </w:rPr>
              <w:t>3</w:t>
            </w:r>
          </w:p>
        </w:tc>
        <w:tc>
          <w:tcPr>
            <w:tcW w:w="3330" w:type="dxa"/>
            <w:shd w:val="clear" w:color="auto" w:fill="EEF4F6"/>
            <w:tcMar>
              <w:top w:w="75" w:type="dxa"/>
              <w:left w:w="80" w:type="dxa"/>
              <w:bottom w:w="75" w:type="dxa"/>
              <w:right w:w="80" w:type="dxa"/>
            </w:tcMar>
            <w:vAlign w:val="center"/>
          </w:tcPr>
          <w:p w14:paraId="77B3B5DD" w14:textId="77777777" w:rsidR="00605A98" w:rsidRDefault="00000000">
            <w:r>
              <w:rPr>
                <w:b/>
                <w:color w:val="123B5D"/>
              </w:rPr>
              <w:t>BUILD THE EXECUTIVE FRAME</w:t>
            </w:r>
          </w:p>
        </w:tc>
        <w:tc>
          <w:tcPr>
            <w:tcW w:w="4874" w:type="dxa"/>
            <w:shd w:val="clear" w:color="auto" w:fill="F7F9FA"/>
            <w:tcMar>
              <w:top w:w="75" w:type="dxa"/>
              <w:left w:w="80" w:type="dxa"/>
              <w:bottom w:w="75" w:type="dxa"/>
              <w:right w:w="80" w:type="dxa"/>
            </w:tcMar>
            <w:vAlign w:val="center"/>
          </w:tcPr>
          <w:p w14:paraId="4454DD9D" w14:textId="77777777" w:rsidR="00605A98" w:rsidRDefault="00000000">
            <w:r>
              <w:rPr>
                <w:sz w:val="17"/>
              </w:rPr>
              <w:t>Problem → Strategy → Impact → Resources → Ask</w:t>
            </w:r>
          </w:p>
        </w:tc>
      </w:tr>
      <w:tr w:rsidR="00605A98" w14:paraId="06081F12" w14:textId="77777777" w:rsidTr="005D71B4">
        <w:trPr>
          <w:jc w:val="center"/>
        </w:trPr>
        <w:tc>
          <w:tcPr>
            <w:tcW w:w="2251" w:type="dxa"/>
            <w:shd w:val="clear" w:color="auto" w:fill="2D7F83"/>
            <w:tcMar>
              <w:top w:w="75" w:type="dxa"/>
              <w:left w:w="80" w:type="dxa"/>
              <w:bottom w:w="75" w:type="dxa"/>
              <w:right w:w="80" w:type="dxa"/>
            </w:tcMar>
            <w:vAlign w:val="center"/>
          </w:tcPr>
          <w:p w14:paraId="0FD9F7C1" w14:textId="77777777" w:rsidR="00605A98" w:rsidRDefault="00000000">
            <w:pPr>
              <w:jc w:val="center"/>
            </w:pPr>
            <w:r>
              <w:rPr>
                <w:b/>
                <w:color w:val="FFFFFF"/>
                <w:sz w:val="26"/>
              </w:rPr>
              <w:t>4</w:t>
            </w:r>
          </w:p>
        </w:tc>
        <w:tc>
          <w:tcPr>
            <w:tcW w:w="3330" w:type="dxa"/>
            <w:shd w:val="clear" w:color="auto" w:fill="EEF4F6"/>
            <w:tcMar>
              <w:top w:w="75" w:type="dxa"/>
              <w:left w:w="80" w:type="dxa"/>
              <w:bottom w:w="75" w:type="dxa"/>
              <w:right w:w="80" w:type="dxa"/>
            </w:tcMar>
            <w:vAlign w:val="center"/>
          </w:tcPr>
          <w:p w14:paraId="38026BF9" w14:textId="77777777" w:rsidR="00605A98" w:rsidRDefault="00000000">
            <w:r>
              <w:rPr>
                <w:b/>
                <w:color w:val="123B5D"/>
              </w:rPr>
              <w:t>TEST THE PITCH</w:t>
            </w:r>
          </w:p>
        </w:tc>
        <w:tc>
          <w:tcPr>
            <w:tcW w:w="4874" w:type="dxa"/>
            <w:shd w:val="clear" w:color="auto" w:fill="F7F9FA"/>
            <w:tcMar>
              <w:top w:w="75" w:type="dxa"/>
              <w:left w:w="80" w:type="dxa"/>
              <w:bottom w:w="75" w:type="dxa"/>
              <w:right w:w="80" w:type="dxa"/>
            </w:tcMar>
            <w:vAlign w:val="center"/>
          </w:tcPr>
          <w:p w14:paraId="4FF50686" w14:textId="77777777" w:rsidR="00605A98" w:rsidRDefault="00000000">
            <w:r>
              <w:rPr>
                <w:sz w:val="17"/>
              </w:rPr>
              <w:t>Can someone hear the priority, outcome, and ask?</w:t>
            </w:r>
          </w:p>
        </w:tc>
      </w:tr>
      <w:tr w:rsidR="00605A98" w14:paraId="7CE9C053" w14:textId="77777777" w:rsidTr="005D71B4">
        <w:trPr>
          <w:jc w:val="center"/>
        </w:trPr>
        <w:tc>
          <w:tcPr>
            <w:tcW w:w="2251" w:type="dxa"/>
            <w:shd w:val="clear" w:color="auto" w:fill="2D7F83"/>
            <w:tcMar>
              <w:top w:w="75" w:type="dxa"/>
              <w:left w:w="80" w:type="dxa"/>
              <w:bottom w:w="75" w:type="dxa"/>
              <w:right w:w="80" w:type="dxa"/>
            </w:tcMar>
            <w:vAlign w:val="center"/>
          </w:tcPr>
          <w:p w14:paraId="009CA798" w14:textId="77777777" w:rsidR="00605A98" w:rsidRDefault="00000000">
            <w:pPr>
              <w:jc w:val="center"/>
            </w:pPr>
            <w:r>
              <w:rPr>
                <w:b/>
                <w:color w:val="FFFFFF"/>
                <w:sz w:val="26"/>
              </w:rPr>
              <w:t>5</w:t>
            </w:r>
          </w:p>
        </w:tc>
        <w:tc>
          <w:tcPr>
            <w:tcW w:w="3330" w:type="dxa"/>
            <w:shd w:val="clear" w:color="auto" w:fill="EEF4F6"/>
            <w:tcMar>
              <w:top w:w="75" w:type="dxa"/>
              <w:left w:w="80" w:type="dxa"/>
              <w:bottom w:w="75" w:type="dxa"/>
              <w:right w:w="80" w:type="dxa"/>
            </w:tcMar>
            <w:vAlign w:val="center"/>
          </w:tcPr>
          <w:p w14:paraId="14D63296" w14:textId="77777777" w:rsidR="00605A98" w:rsidRDefault="00000000">
            <w:r>
              <w:rPr>
                <w:b/>
                <w:color w:val="123B5D"/>
              </w:rPr>
              <w:t>ADVANCE THE DECISION</w:t>
            </w:r>
          </w:p>
        </w:tc>
        <w:tc>
          <w:tcPr>
            <w:tcW w:w="4874" w:type="dxa"/>
            <w:shd w:val="clear" w:color="auto" w:fill="F7F9FA"/>
            <w:tcMar>
              <w:top w:w="75" w:type="dxa"/>
              <w:left w:w="80" w:type="dxa"/>
              <w:bottom w:w="75" w:type="dxa"/>
              <w:right w:w="80" w:type="dxa"/>
            </w:tcMar>
            <w:vAlign w:val="center"/>
          </w:tcPr>
          <w:p w14:paraId="785F5917" w14:textId="77777777" w:rsidR="00605A98" w:rsidRDefault="00000000">
            <w:r>
              <w:rPr>
                <w:sz w:val="17"/>
              </w:rPr>
              <w:t>What happens after the meeting?</w:t>
            </w:r>
          </w:p>
        </w:tc>
      </w:tr>
    </w:tbl>
    <w:p w14:paraId="2E842711" w14:textId="77777777" w:rsidR="00605A98" w:rsidRDefault="00605A98"/>
    <w:p w14:paraId="1EDB74D8" w14:textId="77777777" w:rsidR="00605A98" w:rsidRDefault="00000000">
      <w:pPr>
        <w:pStyle w:val="WBHead"/>
      </w:pPr>
      <w:r>
        <w:t>Start with one real idea.</w:t>
      </w:r>
    </w:p>
    <w:p w14:paraId="641E48C0" w14:textId="77777777" w:rsidR="00605A98" w:rsidRDefault="00000000">
      <w:r>
        <w:t>Use an initiative you are currently developing, funding, expanding, or trying to advance. If you do not have one, use a CTE idea you expect to pursue in the next year.</w:t>
      </w:r>
    </w:p>
    <w:tbl>
      <w:tblPr>
        <w:tblW w:w="0" w:type="auto"/>
        <w:jc w:val="center"/>
        <w:tblLook w:val="04A0" w:firstRow="1" w:lastRow="0" w:firstColumn="1" w:lastColumn="0" w:noHBand="0" w:noVBand="1"/>
      </w:tblPr>
      <w:tblGrid>
        <w:gridCol w:w="10454"/>
      </w:tblGrid>
      <w:tr w:rsidR="00605A98" w14:paraId="0AAD53BA" w14:textId="77777777">
        <w:trPr>
          <w:jc w:val="center"/>
        </w:trPr>
        <w:tc>
          <w:tcPr>
            <w:tcW w:w="10454" w:type="dxa"/>
            <w:shd w:val="clear" w:color="auto" w:fill="EEF4F6"/>
            <w:tcMar>
              <w:top w:w="90" w:type="dxa"/>
              <w:left w:w="110" w:type="dxa"/>
              <w:bottom w:w="90" w:type="dxa"/>
              <w:right w:w="110" w:type="dxa"/>
            </w:tcMar>
          </w:tcPr>
          <w:p w14:paraId="78D9D61F" w14:textId="0D3A769F" w:rsidR="00605A98" w:rsidRDefault="00000000">
            <w:r>
              <w:rPr>
                <w:b/>
                <w:color w:val="123B5D"/>
              </w:rPr>
              <w:t>The initiative I want to advance is:</w:t>
            </w:r>
            <w:r w:rsidR="007105E5">
              <w:rPr>
                <w:b/>
                <w:color w:val="123B5D"/>
              </w:rPr>
              <w:t xml:space="preserve">  </w:t>
            </w:r>
          </w:p>
          <w:p w14:paraId="57F86470" w14:textId="77777777" w:rsidR="00605A98" w:rsidRDefault="00000000">
            <w:pPr>
              <w:spacing w:after="40"/>
            </w:pPr>
            <w:r>
              <w:t>Describe it in one sentence.</w:t>
            </w:r>
          </w:p>
          <w:p w14:paraId="55B1378F" w14:textId="05C64CC7" w:rsidR="00605A98" w:rsidRDefault="00605A98">
            <w:pPr>
              <w:spacing w:after="0"/>
            </w:pPr>
          </w:p>
        </w:tc>
      </w:tr>
    </w:tbl>
    <w:p w14:paraId="3671B3D4" w14:textId="77777777" w:rsidR="00605A98" w:rsidRDefault="00605A98">
      <w:pPr>
        <w:spacing w:after="20"/>
      </w:pPr>
    </w:p>
    <w:tbl>
      <w:tblPr>
        <w:tblW w:w="0" w:type="auto"/>
        <w:jc w:val="center"/>
        <w:tblLook w:val="04A0" w:firstRow="1" w:lastRow="0" w:firstColumn="1" w:lastColumn="0" w:noHBand="0" w:noVBand="1"/>
      </w:tblPr>
      <w:tblGrid>
        <w:gridCol w:w="10454"/>
      </w:tblGrid>
      <w:tr w:rsidR="00605A98" w14:paraId="504650E1" w14:textId="77777777">
        <w:trPr>
          <w:jc w:val="center"/>
        </w:trPr>
        <w:tc>
          <w:tcPr>
            <w:tcW w:w="10454" w:type="dxa"/>
            <w:shd w:val="clear" w:color="auto" w:fill="EEF4F6"/>
            <w:tcMar>
              <w:top w:w="90" w:type="dxa"/>
              <w:left w:w="110" w:type="dxa"/>
              <w:bottom w:w="90" w:type="dxa"/>
              <w:right w:w="110" w:type="dxa"/>
            </w:tcMar>
          </w:tcPr>
          <w:p w14:paraId="430C9AC4" w14:textId="77777777" w:rsidR="00605A98" w:rsidRDefault="00000000">
            <w:r>
              <w:rPr>
                <w:b/>
                <w:color w:val="123B5D"/>
              </w:rPr>
              <w:t>The person or audience I most need to support it is:</w:t>
            </w:r>
          </w:p>
          <w:p w14:paraId="559A275F" w14:textId="77777777" w:rsidR="00605A98" w:rsidRDefault="00000000">
            <w:pPr>
              <w:spacing w:after="40"/>
            </w:pPr>
            <w:r>
              <w:t>President, vice president, dean, board, donor, foundation, employer, or another decision-maker.</w:t>
            </w:r>
          </w:p>
          <w:p w14:paraId="166232DF" w14:textId="0B777BD3" w:rsidR="00605A98" w:rsidRDefault="00605A98">
            <w:pPr>
              <w:spacing w:after="0"/>
            </w:pPr>
          </w:p>
        </w:tc>
      </w:tr>
    </w:tbl>
    <w:p w14:paraId="3499A699" w14:textId="77777777" w:rsidR="00605A98" w:rsidRDefault="00605A98">
      <w:pPr>
        <w:spacing w:after="20"/>
      </w:pPr>
    </w:p>
    <w:p w14:paraId="059913C7" w14:textId="77777777" w:rsidR="00605A98" w:rsidRDefault="00000000">
      <w:r>
        <w:br w:type="page"/>
      </w:r>
    </w:p>
    <w:p w14:paraId="5C9864C0" w14:textId="77777777" w:rsidR="00605A98" w:rsidRDefault="00000000">
      <w:pPr>
        <w:pStyle w:val="WBSection"/>
      </w:pPr>
      <w:r>
        <w:lastRenderedPageBreak/>
        <w:t>1 | The Riverbend Challenge</w:t>
      </w:r>
    </w:p>
    <w:p w14:paraId="5D5E0113" w14:textId="77777777" w:rsidR="00605A98" w:rsidRDefault="00000000">
      <w:r>
        <w:t>Riverbend Community College wants to expand its advanced manufacturing apprenticeship initiative. Employer demand is strong, students need more paid work-based learning opportunities, and the program team believes expansion could improve both completion and workforce outcomes.</w:t>
      </w:r>
    </w:p>
    <w:p w14:paraId="7A5C223F" w14:textId="77777777" w:rsidR="00605A98" w:rsidRDefault="00000000">
      <w:r>
        <w:t>The program director has three minutes with the president and begins this way:</w:t>
      </w:r>
    </w:p>
    <w:tbl>
      <w:tblPr>
        <w:tblW w:w="0" w:type="auto"/>
        <w:tblLook w:val="04A0" w:firstRow="1" w:lastRow="0" w:firstColumn="1" w:lastColumn="0" w:noHBand="0" w:noVBand="1"/>
      </w:tblPr>
      <w:tblGrid>
        <w:gridCol w:w="10454"/>
      </w:tblGrid>
      <w:tr w:rsidR="00605A98" w14:paraId="3A6E5A1F" w14:textId="77777777">
        <w:tc>
          <w:tcPr>
            <w:tcW w:w="10454" w:type="dxa"/>
            <w:shd w:val="clear" w:color="auto" w:fill="FFF7E6"/>
            <w:tcMar>
              <w:top w:w="130" w:type="dxa"/>
              <w:left w:w="160" w:type="dxa"/>
              <w:bottom w:w="130" w:type="dxa"/>
              <w:right w:w="160" w:type="dxa"/>
            </w:tcMar>
          </w:tcPr>
          <w:p w14:paraId="3B9ABDC1" w14:textId="77777777" w:rsidR="00605A98" w:rsidRDefault="00000000">
            <w:pPr>
              <w:jc w:val="center"/>
            </w:pPr>
            <w:r>
              <w:rPr>
                <w:i/>
                <w:color w:val="123B5D"/>
                <w:sz w:val="26"/>
              </w:rPr>
              <w:t>"Our apprenticeship program has been very successful, and we would like to hire two additional staff members and expand the program..."</w:t>
            </w:r>
          </w:p>
        </w:tc>
      </w:tr>
    </w:tbl>
    <w:p w14:paraId="36843C44" w14:textId="77777777" w:rsidR="00605A98" w:rsidRDefault="00605A98"/>
    <w:tbl>
      <w:tblPr>
        <w:tblW w:w="0" w:type="auto"/>
        <w:jc w:val="center"/>
        <w:tblLook w:val="04A0" w:firstRow="1" w:lastRow="0" w:firstColumn="1" w:lastColumn="0" w:noHBand="0" w:noVBand="1"/>
      </w:tblPr>
      <w:tblGrid>
        <w:gridCol w:w="10454"/>
      </w:tblGrid>
      <w:tr w:rsidR="00605A98" w14:paraId="26B755A7" w14:textId="77777777">
        <w:trPr>
          <w:jc w:val="center"/>
        </w:trPr>
        <w:tc>
          <w:tcPr>
            <w:tcW w:w="10454" w:type="dxa"/>
            <w:shd w:val="clear" w:color="auto" w:fill="EEF4F6"/>
            <w:tcMar>
              <w:top w:w="90" w:type="dxa"/>
              <w:left w:w="110" w:type="dxa"/>
              <w:bottom w:w="90" w:type="dxa"/>
              <w:right w:w="110" w:type="dxa"/>
            </w:tcMar>
          </w:tcPr>
          <w:p w14:paraId="0A08D0DA" w14:textId="77777777" w:rsidR="00605A98" w:rsidRDefault="00000000">
            <w:r>
              <w:rPr>
                <w:b/>
                <w:color w:val="123B5D"/>
              </w:rPr>
              <w:t>What does the president still need to know?</w:t>
            </w:r>
          </w:p>
          <w:p w14:paraId="0F40EE00" w14:textId="77777777" w:rsidR="00605A98" w:rsidRDefault="00000000">
            <w:pPr>
              <w:spacing w:after="40"/>
            </w:pPr>
            <w:r>
              <w:t>What questions would you ask before deciding whether this belongs on the institution's priority list?</w:t>
            </w:r>
          </w:p>
          <w:p w14:paraId="050EE016" w14:textId="01D5F4B2" w:rsidR="00605A98" w:rsidRDefault="00605A98">
            <w:pPr>
              <w:spacing w:after="0"/>
            </w:pPr>
          </w:p>
        </w:tc>
      </w:tr>
    </w:tbl>
    <w:p w14:paraId="625DC135" w14:textId="77777777" w:rsidR="00605A98" w:rsidRDefault="00605A98">
      <w:pPr>
        <w:spacing w:after="20"/>
      </w:pPr>
    </w:p>
    <w:tbl>
      <w:tblPr>
        <w:tblW w:w="0" w:type="auto"/>
        <w:jc w:val="center"/>
        <w:tblLook w:val="04A0" w:firstRow="1" w:lastRow="0" w:firstColumn="1" w:lastColumn="0" w:noHBand="0" w:noVBand="1"/>
      </w:tblPr>
      <w:tblGrid>
        <w:gridCol w:w="10454"/>
      </w:tblGrid>
      <w:tr w:rsidR="00605A98" w14:paraId="2F0686BB" w14:textId="77777777">
        <w:trPr>
          <w:jc w:val="center"/>
        </w:trPr>
        <w:tc>
          <w:tcPr>
            <w:tcW w:w="10454" w:type="dxa"/>
            <w:shd w:val="clear" w:color="auto" w:fill="EEF4F6"/>
            <w:tcMar>
              <w:top w:w="90" w:type="dxa"/>
              <w:left w:w="110" w:type="dxa"/>
              <w:bottom w:w="90" w:type="dxa"/>
              <w:right w:w="110" w:type="dxa"/>
            </w:tcMar>
          </w:tcPr>
          <w:p w14:paraId="41C9EA6A" w14:textId="77777777" w:rsidR="00605A98" w:rsidRDefault="00000000">
            <w:r>
              <w:rPr>
                <w:b/>
                <w:color w:val="123B5D"/>
              </w:rPr>
              <w:t>What is the risk of leading with the program's needs rather than the institution's priorities?</w:t>
            </w:r>
          </w:p>
          <w:p w14:paraId="2E773A5B" w14:textId="0818F622" w:rsidR="00605A98" w:rsidRDefault="00605A98">
            <w:pPr>
              <w:spacing w:after="0"/>
            </w:pPr>
          </w:p>
        </w:tc>
      </w:tr>
    </w:tbl>
    <w:p w14:paraId="286B8D53" w14:textId="77777777" w:rsidR="00605A98" w:rsidRDefault="00605A98">
      <w:pPr>
        <w:spacing w:after="20"/>
      </w:pPr>
    </w:p>
    <w:tbl>
      <w:tblPr>
        <w:tblW w:w="0" w:type="auto"/>
        <w:jc w:val="center"/>
        <w:tblLook w:val="04A0" w:firstRow="1" w:lastRow="0" w:firstColumn="1" w:lastColumn="0" w:noHBand="0" w:noVBand="1"/>
      </w:tblPr>
      <w:tblGrid>
        <w:gridCol w:w="10454"/>
      </w:tblGrid>
      <w:tr w:rsidR="00605A98" w14:paraId="09058FFF" w14:textId="77777777">
        <w:trPr>
          <w:jc w:val="center"/>
        </w:trPr>
        <w:tc>
          <w:tcPr>
            <w:tcW w:w="10454" w:type="dxa"/>
            <w:shd w:val="clear" w:color="auto" w:fill="2D7F83"/>
            <w:tcMar>
              <w:top w:w="80" w:type="dxa"/>
              <w:left w:w="120" w:type="dxa"/>
              <w:bottom w:w="80" w:type="dxa"/>
              <w:right w:w="120" w:type="dxa"/>
            </w:tcMar>
          </w:tcPr>
          <w:p w14:paraId="58FEE029" w14:textId="77777777" w:rsidR="007105E5" w:rsidRDefault="00000000">
            <w:pPr>
              <w:spacing w:after="0"/>
              <w:jc w:val="center"/>
              <w:rPr>
                <w:b/>
                <w:color w:val="FFFFFF"/>
                <w:sz w:val="20"/>
              </w:rPr>
            </w:pPr>
            <w:r>
              <w:rPr>
                <w:b/>
                <w:color w:val="FFFFFF"/>
                <w:sz w:val="20"/>
              </w:rPr>
              <w:t xml:space="preserve">A GOOD IDEA ANSWERS: 'WOULD THIS HELP?'   </w:t>
            </w:r>
          </w:p>
          <w:p w14:paraId="41197761" w14:textId="48149758" w:rsidR="00605A98" w:rsidRDefault="00000000">
            <w:pPr>
              <w:spacing w:after="0"/>
              <w:jc w:val="center"/>
            </w:pPr>
            <w:r>
              <w:rPr>
                <w:b/>
                <w:color w:val="FFFFFF"/>
                <w:sz w:val="20"/>
              </w:rPr>
              <w:t>A STRATEGIC PROPOSAL ANSWERS: 'WHY SHOULD WE DO THIS - NOW?'</w:t>
            </w:r>
          </w:p>
        </w:tc>
      </w:tr>
    </w:tbl>
    <w:p w14:paraId="3571CF40" w14:textId="77777777" w:rsidR="00605A98" w:rsidRDefault="00000000">
      <w:r>
        <w:br w:type="page"/>
      </w:r>
    </w:p>
    <w:p w14:paraId="6A28AB21" w14:textId="77777777" w:rsidR="00605A98" w:rsidRDefault="00000000">
      <w:pPr>
        <w:pStyle w:val="WBSection"/>
      </w:pPr>
      <w:r>
        <w:lastRenderedPageBreak/>
        <w:t>2 | Read the Decision Environment</w:t>
      </w:r>
    </w:p>
    <w:p w14:paraId="34D0CDF2" w14:textId="77777777" w:rsidR="007105E5" w:rsidRDefault="00000000">
      <w:r>
        <w:t xml:space="preserve">Your audience is not evaluating your idea in isolation. </w:t>
      </w:r>
    </w:p>
    <w:p w14:paraId="353A0BDF" w14:textId="6DBADD83" w:rsidR="00605A98" w:rsidRDefault="00000000">
      <w:r>
        <w:t>They are weighing it against other priorities competing for attention, money, people, and institutional capacity.</w:t>
      </w:r>
    </w:p>
    <w:tbl>
      <w:tblPr>
        <w:tblW w:w="0" w:type="auto"/>
        <w:jc w:val="center"/>
        <w:tblLook w:val="04A0" w:firstRow="1" w:lastRow="0" w:firstColumn="1" w:lastColumn="0" w:noHBand="0" w:noVBand="1"/>
      </w:tblPr>
      <w:tblGrid>
        <w:gridCol w:w="4590"/>
        <w:gridCol w:w="5864"/>
      </w:tblGrid>
      <w:tr w:rsidR="00605A98" w14:paraId="4AF69B29" w14:textId="77777777" w:rsidTr="007105E5">
        <w:trPr>
          <w:jc w:val="center"/>
        </w:trPr>
        <w:tc>
          <w:tcPr>
            <w:tcW w:w="4590" w:type="dxa"/>
            <w:shd w:val="clear" w:color="auto" w:fill="D8E6EA"/>
            <w:tcMar>
              <w:top w:w="80" w:type="dxa"/>
              <w:left w:w="90" w:type="dxa"/>
              <w:bottom w:w="80" w:type="dxa"/>
              <w:right w:w="90" w:type="dxa"/>
            </w:tcMar>
          </w:tcPr>
          <w:p w14:paraId="0EE63FA8" w14:textId="77777777" w:rsidR="00605A98" w:rsidRDefault="00000000">
            <w:r>
              <w:rPr>
                <w:b/>
                <w:color w:val="123B5D"/>
              </w:rPr>
              <w:t>STRATEGY</w:t>
            </w:r>
          </w:p>
        </w:tc>
        <w:tc>
          <w:tcPr>
            <w:tcW w:w="5864" w:type="dxa"/>
            <w:shd w:val="clear" w:color="auto" w:fill="F7F9FA"/>
            <w:tcMar>
              <w:top w:w="80" w:type="dxa"/>
              <w:left w:w="90" w:type="dxa"/>
              <w:bottom w:w="80" w:type="dxa"/>
              <w:right w:w="90" w:type="dxa"/>
            </w:tcMar>
          </w:tcPr>
          <w:p w14:paraId="3224DB1C" w14:textId="77777777" w:rsidR="00605A98" w:rsidRDefault="00000000">
            <w:r>
              <w:rPr>
                <w:sz w:val="17"/>
              </w:rPr>
              <w:t>How does this advance something the institution has already said matters?</w:t>
            </w:r>
          </w:p>
        </w:tc>
      </w:tr>
      <w:tr w:rsidR="00605A98" w14:paraId="642A3B23" w14:textId="77777777" w:rsidTr="007105E5">
        <w:trPr>
          <w:jc w:val="center"/>
        </w:trPr>
        <w:tc>
          <w:tcPr>
            <w:tcW w:w="4590" w:type="dxa"/>
            <w:shd w:val="clear" w:color="auto" w:fill="D8E6EA"/>
            <w:tcMar>
              <w:top w:w="80" w:type="dxa"/>
              <w:left w:w="90" w:type="dxa"/>
              <w:bottom w:w="80" w:type="dxa"/>
              <w:right w:w="90" w:type="dxa"/>
            </w:tcMar>
          </w:tcPr>
          <w:p w14:paraId="71AB5380" w14:textId="77777777" w:rsidR="00605A98" w:rsidRDefault="00000000">
            <w:r>
              <w:rPr>
                <w:b/>
                <w:color w:val="123B5D"/>
              </w:rPr>
              <w:t>IMPACT</w:t>
            </w:r>
          </w:p>
        </w:tc>
        <w:tc>
          <w:tcPr>
            <w:tcW w:w="5864" w:type="dxa"/>
            <w:shd w:val="clear" w:color="auto" w:fill="F7F9FA"/>
            <w:tcMar>
              <w:top w:w="80" w:type="dxa"/>
              <w:left w:w="90" w:type="dxa"/>
              <w:bottom w:w="80" w:type="dxa"/>
              <w:right w:w="90" w:type="dxa"/>
            </w:tcMar>
          </w:tcPr>
          <w:p w14:paraId="54AF4D02" w14:textId="77777777" w:rsidR="00605A98" w:rsidRDefault="00000000">
            <w:r>
              <w:rPr>
                <w:sz w:val="17"/>
              </w:rPr>
              <w:t>What changes for students, employers, the institution, or the region?</w:t>
            </w:r>
          </w:p>
        </w:tc>
      </w:tr>
      <w:tr w:rsidR="00605A98" w14:paraId="41DF6C0D" w14:textId="77777777" w:rsidTr="007105E5">
        <w:trPr>
          <w:jc w:val="center"/>
        </w:trPr>
        <w:tc>
          <w:tcPr>
            <w:tcW w:w="4590" w:type="dxa"/>
            <w:shd w:val="clear" w:color="auto" w:fill="D8E6EA"/>
            <w:tcMar>
              <w:top w:w="80" w:type="dxa"/>
              <w:left w:w="90" w:type="dxa"/>
              <w:bottom w:w="80" w:type="dxa"/>
              <w:right w:w="90" w:type="dxa"/>
            </w:tcMar>
          </w:tcPr>
          <w:p w14:paraId="432B9FC1" w14:textId="77777777" w:rsidR="00605A98" w:rsidRDefault="00000000">
            <w:r>
              <w:rPr>
                <w:b/>
                <w:color w:val="123B5D"/>
              </w:rPr>
              <w:t>RESOURCES</w:t>
            </w:r>
          </w:p>
        </w:tc>
        <w:tc>
          <w:tcPr>
            <w:tcW w:w="5864" w:type="dxa"/>
            <w:shd w:val="clear" w:color="auto" w:fill="F7F9FA"/>
            <w:tcMar>
              <w:top w:w="80" w:type="dxa"/>
              <w:left w:w="90" w:type="dxa"/>
              <w:bottom w:w="80" w:type="dxa"/>
              <w:right w:w="90" w:type="dxa"/>
            </w:tcMar>
          </w:tcPr>
          <w:p w14:paraId="7B9C9A7B" w14:textId="77777777" w:rsidR="00605A98" w:rsidRDefault="00000000">
            <w:r>
              <w:rPr>
                <w:sz w:val="17"/>
              </w:rPr>
              <w:t>What will this require - and what might it displace?</w:t>
            </w:r>
          </w:p>
        </w:tc>
      </w:tr>
      <w:tr w:rsidR="00605A98" w14:paraId="0DBF2640" w14:textId="77777777" w:rsidTr="007105E5">
        <w:trPr>
          <w:jc w:val="center"/>
        </w:trPr>
        <w:tc>
          <w:tcPr>
            <w:tcW w:w="4590" w:type="dxa"/>
            <w:shd w:val="clear" w:color="auto" w:fill="D8E6EA"/>
            <w:tcMar>
              <w:top w:w="80" w:type="dxa"/>
              <w:left w:w="90" w:type="dxa"/>
              <w:bottom w:w="80" w:type="dxa"/>
              <w:right w:w="90" w:type="dxa"/>
            </w:tcMar>
          </w:tcPr>
          <w:p w14:paraId="334102DE" w14:textId="77777777" w:rsidR="00605A98" w:rsidRDefault="00000000">
            <w:r>
              <w:rPr>
                <w:b/>
                <w:color w:val="123B5D"/>
              </w:rPr>
              <w:t>RISK</w:t>
            </w:r>
          </w:p>
        </w:tc>
        <w:tc>
          <w:tcPr>
            <w:tcW w:w="5864" w:type="dxa"/>
            <w:shd w:val="clear" w:color="auto" w:fill="F7F9FA"/>
            <w:tcMar>
              <w:top w:w="80" w:type="dxa"/>
              <w:left w:w="90" w:type="dxa"/>
              <w:bottom w:w="80" w:type="dxa"/>
              <w:right w:w="90" w:type="dxa"/>
            </w:tcMar>
          </w:tcPr>
          <w:p w14:paraId="6017D7D0" w14:textId="77777777" w:rsidR="00605A98" w:rsidRDefault="00000000">
            <w:r>
              <w:rPr>
                <w:sz w:val="17"/>
              </w:rPr>
              <w:t>What could go wrong? What happens if the institution does not act?</w:t>
            </w:r>
          </w:p>
        </w:tc>
      </w:tr>
      <w:tr w:rsidR="00605A98" w14:paraId="765EC580" w14:textId="77777777" w:rsidTr="007105E5">
        <w:trPr>
          <w:jc w:val="center"/>
        </w:trPr>
        <w:tc>
          <w:tcPr>
            <w:tcW w:w="4590" w:type="dxa"/>
            <w:shd w:val="clear" w:color="auto" w:fill="D8E6EA"/>
            <w:tcMar>
              <w:top w:w="80" w:type="dxa"/>
              <w:left w:w="90" w:type="dxa"/>
              <w:bottom w:w="80" w:type="dxa"/>
              <w:right w:w="90" w:type="dxa"/>
            </w:tcMar>
          </w:tcPr>
          <w:p w14:paraId="792B1700" w14:textId="77777777" w:rsidR="00605A98" w:rsidRDefault="00000000">
            <w:r>
              <w:rPr>
                <w:b/>
                <w:color w:val="123B5D"/>
              </w:rPr>
              <w:t>SUSTAINABILITY</w:t>
            </w:r>
          </w:p>
        </w:tc>
        <w:tc>
          <w:tcPr>
            <w:tcW w:w="5864" w:type="dxa"/>
            <w:shd w:val="clear" w:color="auto" w:fill="F7F9FA"/>
            <w:tcMar>
              <w:top w:w="80" w:type="dxa"/>
              <w:left w:w="90" w:type="dxa"/>
              <w:bottom w:w="80" w:type="dxa"/>
              <w:right w:w="90" w:type="dxa"/>
            </w:tcMar>
          </w:tcPr>
          <w:p w14:paraId="051E4C38" w14:textId="77777777" w:rsidR="00605A98" w:rsidRDefault="00000000">
            <w:r>
              <w:rPr>
                <w:sz w:val="17"/>
              </w:rPr>
              <w:t>What happens after initial funding, a grant, or a donor investment?</w:t>
            </w:r>
          </w:p>
        </w:tc>
      </w:tr>
    </w:tbl>
    <w:p w14:paraId="2CCBB271" w14:textId="77777777" w:rsidR="00605A98" w:rsidRDefault="00605A98"/>
    <w:tbl>
      <w:tblPr>
        <w:tblW w:w="0" w:type="auto"/>
        <w:jc w:val="center"/>
        <w:tblLook w:val="04A0" w:firstRow="1" w:lastRow="0" w:firstColumn="1" w:lastColumn="0" w:noHBand="0" w:noVBand="1"/>
      </w:tblPr>
      <w:tblGrid>
        <w:gridCol w:w="10454"/>
      </w:tblGrid>
      <w:tr w:rsidR="00605A98" w14:paraId="06A6257D" w14:textId="77777777">
        <w:trPr>
          <w:jc w:val="center"/>
        </w:trPr>
        <w:tc>
          <w:tcPr>
            <w:tcW w:w="10454" w:type="dxa"/>
            <w:shd w:val="clear" w:color="auto" w:fill="EEF4F6"/>
            <w:tcMar>
              <w:top w:w="90" w:type="dxa"/>
              <w:left w:w="110" w:type="dxa"/>
              <w:bottom w:w="90" w:type="dxa"/>
              <w:right w:w="110" w:type="dxa"/>
            </w:tcMar>
          </w:tcPr>
          <w:p w14:paraId="1D8964F5" w14:textId="77777777" w:rsidR="00605A98" w:rsidRDefault="00000000">
            <w:r>
              <w:rPr>
                <w:b/>
                <w:color w:val="123B5D"/>
              </w:rPr>
              <w:t>Which of these factors is likely to matter MOST to your audience?</w:t>
            </w:r>
          </w:p>
          <w:p w14:paraId="3AF2BE8E" w14:textId="77777777" w:rsidR="00605A98" w:rsidRDefault="00000000">
            <w:pPr>
              <w:spacing w:after="40"/>
            </w:pPr>
            <w:r>
              <w:t>Why?</w:t>
            </w:r>
          </w:p>
          <w:p w14:paraId="68685C34" w14:textId="122692CD" w:rsidR="00605A98" w:rsidRDefault="00605A98">
            <w:pPr>
              <w:spacing w:after="0"/>
            </w:pPr>
          </w:p>
        </w:tc>
      </w:tr>
    </w:tbl>
    <w:p w14:paraId="2EF8E3C9" w14:textId="77777777" w:rsidR="00605A98" w:rsidRDefault="00605A98">
      <w:pPr>
        <w:spacing w:after="20"/>
      </w:pPr>
    </w:p>
    <w:tbl>
      <w:tblPr>
        <w:tblW w:w="0" w:type="auto"/>
        <w:jc w:val="center"/>
        <w:tblLook w:val="04A0" w:firstRow="1" w:lastRow="0" w:firstColumn="1" w:lastColumn="0" w:noHBand="0" w:noVBand="1"/>
      </w:tblPr>
      <w:tblGrid>
        <w:gridCol w:w="10454"/>
      </w:tblGrid>
      <w:tr w:rsidR="00605A98" w14:paraId="2D2F5D72" w14:textId="77777777">
        <w:trPr>
          <w:jc w:val="center"/>
        </w:trPr>
        <w:tc>
          <w:tcPr>
            <w:tcW w:w="10454" w:type="dxa"/>
            <w:shd w:val="clear" w:color="auto" w:fill="FFF7E6"/>
            <w:tcMar>
              <w:top w:w="90" w:type="dxa"/>
              <w:left w:w="110" w:type="dxa"/>
              <w:bottom w:w="90" w:type="dxa"/>
              <w:right w:w="110" w:type="dxa"/>
            </w:tcMar>
          </w:tcPr>
          <w:p w14:paraId="1D47526A" w14:textId="77777777" w:rsidR="00605A98" w:rsidRDefault="00000000">
            <w:r>
              <w:rPr>
                <w:b/>
                <w:color w:val="123B5D"/>
              </w:rPr>
              <w:t>What would make this person say 'not now'?</w:t>
            </w:r>
          </w:p>
          <w:p w14:paraId="54316F6B" w14:textId="77777777" w:rsidR="00605A98" w:rsidRDefault="00000000">
            <w:pPr>
              <w:spacing w:after="40"/>
            </w:pPr>
            <w:r>
              <w:t>Name the competing priority, concern, uncertainty, or constraint.</w:t>
            </w:r>
          </w:p>
          <w:p w14:paraId="223D854B" w14:textId="6CDA842F" w:rsidR="00605A98" w:rsidRDefault="00605A98">
            <w:pPr>
              <w:spacing w:after="0"/>
            </w:pPr>
          </w:p>
        </w:tc>
      </w:tr>
    </w:tbl>
    <w:p w14:paraId="0D20B808" w14:textId="77777777" w:rsidR="00605A98" w:rsidRDefault="00605A98">
      <w:pPr>
        <w:spacing w:after="20"/>
      </w:pPr>
    </w:p>
    <w:p w14:paraId="3B40C7AC" w14:textId="77777777" w:rsidR="00605A98" w:rsidRDefault="00000000">
      <w:r>
        <w:br w:type="page"/>
      </w:r>
    </w:p>
    <w:p w14:paraId="3F38F73D" w14:textId="77777777" w:rsidR="00605A98" w:rsidRDefault="00000000">
      <w:pPr>
        <w:pStyle w:val="WBSection"/>
      </w:pPr>
      <w:r>
        <w:lastRenderedPageBreak/>
        <w:t>3 | Narrative Landscape Analysis</w:t>
      </w:r>
    </w:p>
    <w:p w14:paraId="0771AC44" w14:textId="77777777" w:rsidR="00605A98" w:rsidRDefault="00000000">
      <w:r>
        <w:t>Before you frame the pitch, understand the audience. The goal is not manipulation; it is to understand the decision environment well enough to explain truthfully why your proposal belongs within it.</w:t>
      </w:r>
    </w:p>
    <w:tbl>
      <w:tblPr>
        <w:tblW w:w="0" w:type="auto"/>
        <w:jc w:val="center"/>
        <w:tblLook w:val="04A0" w:firstRow="1" w:lastRow="0" w:firstColumn="1" w:lastColumn="0" w:noHBand="0" w:noVBand="1"/>
      </w:tblPr>
      <w:tblGrid>
        <w:gridCol w:w="10454"/>
      </w:tblGrid>
      <w:tr w:rsidR="00605A98" w14:paraId="6F97CBE8" w14:textId="77777777">
        <w:trPr>
          <w:jc w:val="center"/>
        </w:trPr>
        <w:tc>
          <w:tcPr>
            <w:tcW w:w="10454" w:type="dxa"/>
            <w:shd w:val="clear" w:color="auto" w:fill="EEF4F6"/>
            <w:tcMar>
              <w:top w:w="90" w:type="dxa"/>
              <w:left w:w="110" w:type="dxa"/>
              <w:bottom w:w="90" w:type="dxa"/>
              <w:right w:w="110" w:type="dxa"/>
            </w:tcMar>
          </w:tcPr>
          <w:p w14:paraId="2EEA5CA9" w14:textId="77777777" w:rsidR="00605A98" w:rsidRDefault="00000000">
            <w:r>
              <w:rPr>
                <w:b/>
                <w:color w:val="123B5D"/>
              </w:rPr>
              <w:t>What do they care about?</w:t>
            </w:r>
          </w:p>
          <w:p w14:paraId="6FF17C75" w14:textId="77777777" w:rsidR="00605A98" w:rsidRDefault="00000000">
            <w:pPr>
              <w:spacing w:after="40"/>
            </w:pPr>
            <w:r>
              <w:t>What outcomes, commitments, or institutional priorities are they accountable for?</w:t>
            </w:r>
          </w:p>
          <w:p w14:paraId="2ECC52F8" w14:textId="2C494332" w:rsidR="00605A98" w:rsidRDefault="00605A98">
            <w:pPr>
              <w:spacing w:after="0"/>
            </w:pPr>
          </w:p>
        </w:tc>
      </w:tr>
    </w:tbl>
    <w:p w14:paraId="2D767EFD" w14:textId="77777777" w:rsidR="00605A98" w:rsidRDefault="00605A98">
      <w:pPr>
        <w:spacing w:after="20"/>
      </w:pPr>
    </w:p>
    <w:tbl>
      <w:tblPr>
        <w:tblW w:w="0" w:type="auto"/>
        <w:jc w:val="center"/>
        <w:tblLook w:val="04A0" w:firstRow="1" w:lastRow="0" w:firstColumn="1" w:lastColumn="0" w:noHBand="0" w:noVBand="1"/>
      </w:tblPr>
      <w:tblGrid>
        <w:gridCol w:w="10454"/>
      </w:tblGrid>
      <w:tr w:rsidR="00605A98" w14:paraId="6593E7C8" w14:textId="77777777">
        <w:trPr>
          <w:jc w:val="center"/>
        </w:trPr>
        <w:tc>
          <w:tcPr>
            <w:tcW w:w="10454" w:type="dxa"/>
            <w:shd w:val="clear" w:color="auto" w:fill="EEF4F6"/>
            <w:tcMar>
              <w:top w:w="90" w:type="dxa"/>
              <w:left w:w="110" w:type="dxa"/>
              <w:bottom w:w="90" w:type="dxa"/>
              <w:right w:w="110" w:type="dxa"/>
            </w:tcMar>
          </w:tcPr>
          <w:p w14:paraId="35F2858E" w14:textId="77777777" w:rsidR="00605A98" w:rsidRDefault="00000000">
            <w:r>
              <w:rPr>
                <w:b/>
                <w:color w:val="123B5D"/>
              </w:rPr>
              <w:t>What pressures shape their thinking?</w:t>
            </w:r>
          </w:p>
          <w:p w14:paraId="33FA63AA" w14:textId="77777777" w:rsidR="00605A98" w:rsidRDefault="00000000">
            <w:pPr>
              <w:spacing w:after="40"/>
            </w:pPr>
            <w:r>
              <w:t>Budget, enrollment, workforce demand, board expectations, capacity, reputation, risk, donor intent?</w:t>
            </w:r>
          </w:p>
          <w:p w14:paraId="301660FF" w14:textId="11A39A53" w:rsidR="00605A98" w:rsidRDefault="00605A98">
            <w:pPr>
              <w:spacing w:after="0"/>
            </w:pPr>
          </w:p>
        </w:tc>
      </w:tr>
    </w:tbl>
    <w:p w14:paraId="762FD8FE" w14:textId="77777777" w:rsidR="00605A98" w:rsidRDefault="00605A98">
      <w:pPr>
        <w:spacing w:after="20"/>
      </w:pPr>
    </w:p>
    <w:tbl>
      <w:tblPr>
        <w:tblW w:w="0" w:type="auto"/>
        <w:jc w:val="center"/>
        <w:tblLook w:val="04A0" w:firstRow="1" w:lastRow="0" w:firstColumn="1" w:lastColumn="0" w:noHBand="0" w:noVBand="1"/>
      </w:tblPr>
      <w:tblGrid>
        <w:gridCol w:w="10454"/>
      </w:tblGrid>
      <w:tr w:rsidR="00605A98" w14:paraId="2FEFE272" w14:textId="77777777">
        <w:trPr>
          <w:jc w:val="center"/>
        </w:trPr>
        <w:tc>
          <w:tcPr>
            <w:tcW w:w="10454" w:type="dxa"/>
            <w:shd w:val="clear" w:color="auto" w:fill="EEF4F6"/>
            <w:tcMar>
              <w:top w:w="90" w:type="dxa"/>
              <w:left w:w="110" w:type="dxa"/>
              <w:bottom w:w="90" w:type="dxa"/>
              <w:right w:w="110" w:type="dxa"/>
            </w:tcMar>
          </w:tcPr>
          <w:p w14:paraId="24A47359" w14:textId="77777777" w:rsidR="00605A98" w:rsidRDefault="00000000">
            <w:r>
              <w:rPr>
                <w:b/>
                <w:color w:val="123B5D"/>
              </w:rPr>
              <w:t>What language do they use?</w:t>
            </w:r>
          </w:p>
          <w:p w14:paraId="53E9E689" w14:textId="77777777" w:rsidR="00605A98" w:rsidRDefault="00000000">
            <w:pPr>
              <w:spacing w:after="40"/>
            </w:pPr>
            <w:r>
              <w:t>ROI, completion, access, economic mobility, workforce, growth, sustainability, student success?</w:t>
            </w:r>
          </w:p>
          <w:p w14:paraId="18C746B2" w14:textId="4C642EBB" w:rsidR="00605A98" w:rsidRDefault="00605A98">
            <w:pPr>
              <w:spacing w:after="0"/>
            </w:pPr>
          </w:p>
        </w:tc>
      </w:tr>
    </w:tbl>
    <w:p w14:paraId="20CF09B4" w14:textId="77777777" w:rsidR="00605A98" w:rsidRDefault="00605A98">
      <w:pPr>
        <w:spacing w:after="20"/>
      </w:pPr>
    </w:p>
    <w:tbl>
      <w:tblPr>
        <w:tblW w:w="0" w:type="auto"/>
        <w:jc w:val="center"/>
        <w:tblLook w:val="04A0" w:firstRow="1" w:lastRow="0" w:firstColumn="1" w:lastColumn="0" w:noHBand="0" w:noVBand="1"/>
      </w:tblPr>
      <w:tblGrid>
        <w:gridCol w:w="10454"/>
      </w:tblGrid>
      <w:tr w:rsidR="00605A98" w14:paraId="4566D3B2" w14:textId="77777777">
        <w:trPr>
          <w:jc w:val="center"/>
        </w:trPr>
        <w:tc>
          <w:tcPr>
            <w:tcW w:w="10454" w:type="dxa"/>
            <w:shd w:val="clear" w:color="auto" w:fill="EEF4F6"/>
            <w:tcMar>
              <w:top w:w="90" w:type="dxa"/>
              <w:left w:w="110" w:type="dxa"/>
              <w:bottom w:w="90" w:type="dxa"/>
              <w:right w:w="110" w:type="dxa"/>
            </w:tcMar>
          </w:tcPr>
          <w:p w14:paraId="41B41382" w14:textId="77777777" w:rsidR="00605A98" w:rsidRDefault="00000000">
            <w:r>
              <w:rPr>
                <w:b/>
                <w:color w:val="123B5D"/>
              </w:rPr>
              <w:t>What are they NOT emphasizing?</w:t>
            </w:r>
          </w:p>
          <w:p w14:paraId="345D4941" w14:textId="77777777" w:rsidR="00605A98" w:rsidRDefault="00000000">
            <w:pPr>
              <w:spacing w:after="40"/>
            </w:pPr>
            <w:r>
              <w:t>Where might your current framing miss what matters to them?</w:t>
            </w:r>
          </w:p>
          <w:p w14:paraId="3E790FFB" w14:textId="4AA4F6A8" w:rsidR="00605A98" w:rsidRDefault="00605A98">
            <w:pPr>
              <w:spacing w:after="0"/>
            </w:pPr>
          </w:p>
        </w:tc>
      </w:tr>
    </w:tbl>
    <w:p w14:paraId="14D42065" w14:textId="77777777" w:rsidR="00605A98" w:rsidRDefault="00605A98">
      <w:pPr>
        <w:spacing w:after="20"/>
      </w:pPr>
    </w:p>
    <w:tbl>
      <w:tblPr>
        <w:tblW w:w="0" w:type="auto"/>
        <w:jc w:val="center"/>
        <w:tblLook w:val="04A0" w:firstRow="1" w:lastRow="0" w:firstColumn="1" w:lastColumn="0" w:noHBand="0" w:noVBand="1"/>
      </w:tblPr>
      <w:tblGrid>
        <w:gridCol w:w="10454"/>
      </w:tblGrid>
      <w:tr w:rsidR="00605A98" w14:paraId="27FDF4AD" w14:textId="77777777">
        <w:trPr>
          <w:jc w:val="center"/>
        </w:trPr>
        <w:tc>
          <w:tcPr>
            <w:tcW w:w="10454" w:type="dxa"/>
            <w:shd w:val="clear" w:color="auto" w:fill="EEF4F6"/>
            <w:tcMar>
              <w:top w:w="90" w:type="dxa"/>
              <w:left w:w="110" w:type="dxa"/>
              <w:bottom w:w="90" w:type="dxa"/>
              <w:right w:w="110" w:type="dxa"/>
            </w:tcMar>
          </w:tcPr>
          <w:p w14:paraId="28EB762B" w14:textId="77777777" w:rsidR="00605A98" w:rsidRDefault="00000000">
            <w:r>
              <w:rPr>
                <w:b/>
                <w:color w:val="123B5D"/>
              </w:rPr>
              <w:t>Where does your initiative naturally intersect with their priorities?</w:t>
            </w:r>
          </w:p>
          <w:p w14:paraId="6C21214A" w14:textId="77777777" w:rsidR="00605A98" w:rsidRDefault="00000000">
            <w:pPr>
              <w:spacing w:after="40"/>
            </w:pPr>
            <w:r>
              <w:t>What is the authentic point of alignment?</w:t>
            </w:r>
          </w:p>
          <w:p w14:paraId="00892285" w14:textId="359763AC" w:rsidR="00605A98" w:rsidRDefault="00605A98">
            <w:pPr>
              <w:spacing w:after="0"/>
            </w:pPr>
          </w:p>
        </w:tc>
      </w:tr>
    </w:tbl>
    <w:p w14:paraId="54A058B4" w14:textId="77777777" w:rsidR="00605A98" w:rsidRDefault="00605A98">
      <w:pPr>
        <w:spacing w:after="20"/>
      </w:pPr>
    </w:p>
    <w:p w14:paraId="2677DE27" w14:textId="77777777" w:rsidR="00605A98" w:rsidRDefault="00000000">
      <w:r>
        <w:br w:type="page"/>
      </w:r>
    </w:p>
    <w:p w14:paraId="5F92377D" w14:textId="77777777" w:rsidR="00605A98" w:rsidRDefault="00000000">
      <w:pPr>
        <w:pStyle w:val="WBSection"/>
      </w:pPr>
      <w:r>
        <w:lastRenderedPageBreak/>
        <w:t>4 | Build the Executive Frame</w:t>
      </w:r>
    </w:p>
    <w:p w14:paraId="07678E88" w14:textId="77777777" w:rsidR="00605A98" w:rsidRDefault="00000000">
      <w:r>
        <w:t>Translate the initiative into the information a decision-maker needs. Keep each element focused enough that it can be understood quickly.</w:t>
      </w:r>
    </w:p>
    <w:tbl>
      <w:tblPr>
        <w:tblW w:w="0" w:type="auto"/>
        <w:jc w:val="center"/>
        <w:tblLook w:val="04A0" w:firstRow="1" w:lastRow="0" w:firstColumn="1" w:lastColumn="0" w:noHBand="0" w:noVBand="1"/>
      </w:tblPr>
      <w:tblGrid>
        <w:gridCol w:w="10454"/>
      </w:tblGrid>
      <w:tr w:rsidR="00605A98" w14:paraId="107B7D69" w14:textId="77777777">
        <w:trPr>
          <w:jc w:val="center"/>
        </w:trPr>
        <w:tc>
          <w:tcPr>
            <w:tcW w:w="10454" w:type="dxa"/>
            <w:shd w:val="clear" w:color="auto" w:fill="EEF4F6"/>
            <w:tcMar>
              <w:top w:w="90" w:type="dxa"/>
              <w:left w:w="110" w:type="dxa"/>
              <w:bottom w:w="90" w:type="dxa"/>
              <w:right w:w="110" w:type="dxa"/>
            </w:tcMar>
          </w:tcPr>
          <w:p w14:paraId="2AD39BE6" w14:textId="77777777" w:rsidR="00605A98" w:rsidRDefault="00000000">
            <w:r>
              <w:rPr>
                <w:b/>
                <w:color w:val="123B5D"/>
              </w:rPr>
              <w:t>PROBLEM</w:t>
            </w:r>
          </w:p>
          <w:p w14:paraId="13108BA4" w14:textId="77777777" w:rsidR="00605A98" w:rsidRDefault="00000000">
            <w:pPr>
              <w:spacing w:after="40"/>
            </w:pPr>
            <w:r>
              <w:t>What institutional priority, challenge, or opportunity are we addressing?</w:t>
            </w:r>
          </w:p>
          <w:p w14:paraId="66777975" w14:textId="0BD792C2" w:rsidR="00605A98" w:rsidRDefault="00605A98">
            <w:pPr>
              <w:spacing w:after="0"/>
            </w:pPr>
          </w:p>
        </w:tc>
      </w:tr>
    </w:tbl>
    <w:p w14:paraId="6C86DAF1" w14:textId="77777777" w:rsidR="00605A98" w:rsidRDefault="00605A98">
      <w:pPr>
        <w:spacing w:after="20"/>
      </w:pPr>
    </w:p>
    <w:tbl>
      <w:tblPr>
        <w:tblW w:w="0" w:type="auto"/>
        <w:jc w:val="center"/>
        <w:tblLook w:val="04A0" w:firstRow="1" w:lastRow="0" w:firstColumn="1" w:lastColumn="0" w:noHBand="0" w:noVBand="1"/>
      </w:tblPr>
      <w:tblGrid>
        <w:gridCol w:w="10454"/>
      </w:tblGrid>
      <w:tr w:rsidR="00605A98" w14:paraId="4007AE82" w14:textId="77777777">
        <w:trPr>
          <w:jc w:val="center"/>
        </w:trPr>
        <w:tc>
          <w:tcPr>
            <w:tcW w:w="10454" w:type="dxa"/>
            <w:shd w:val="clear" w:color="auto" w:fill="EEF4F6"/>
            <w:tcMar>
              <w:top w:w="90" w:type="dxa"/>
              <w:left w:w="110" w:type="dxa"/>
              <w:bottom w:w="90" w:type="dxa"/>
              <w:right w:w="110" w:type="dxa"/>
            </w:tcMar>
          </w:tcPr>
          <w:p w14:paraId="0C8A396E" w14:textId="77777777" w:rsidR="00605A98" w:rsidRDefault="00000000">
            <w:r>
              <w:rPr>
                <w:b/>
                <w:color w:val="123B5D"/>
              </w:rPr>
              <w:t>STRATEGY</w:t>
            </w:r>
          </w:p>
          <w:p w14:paraId="2DC9D767" w14:textId="77777777" w:rsidR="00605A98" w:rsidRDefault="00000000">
            <w:pPr>
              <w:spacing w:after="40"/>
            </w:pPr>
            <w:r>
              <w:t>What specifically are you proposing?</w:t>
            </w:r>
          </w:p>
          <w:p w14:paraId="02B39FD7" w14:textId="6825C4B6" w:rsidR="00605A98" w:rsidRDefault="00605A98">
            <w:pPr>
              <w:spacing w:after="0"/>
            </w:pPr>
          </w:p>
        </w:tc>
      </w:tr>
    </w:tbl>
    <w:p w14:paraId="01BE7BF0" w14:textId="77777777" w:rsidR="00605A98" w:rsidRDefault="00605A98">
      <w:pPr>
        <w:spacing w:after="20"/>
      </w:pPr>
    </w:p>
    <w:tbl>
      <w:tblPr>
        <w:tblW w:w="0" w:type="auto"/>
        <w:jc w:val="center"/>
        <w:tblLook w:val="04A0" w:firstRow="1" w:lastRow="0" w:firstColumn="1" w:lastColumn="0" w:noHBand="0" w:noVBand="1"/>
      </w:tblPr>
      <w:tblGrid>
        <w:gridCol w:w="10454"/>
      </w:tblGrid>
      <w:tr w:rsidR="00605A98" w14:paraId="492EB6C3" w14:textId="77777777">
        <w:trPr>
          <w:jc w:val="center"/>
        </w:trPr>
        <w:tc>
          <w:tcPr>
            <w:tcW w:w="10454" w:type="dxa"/>
            <w:shd w:val="clear" w:color="auto" w:fill="EEF4F6"/>
            <w:tcMar>
              <w:top w:w="90" w:type="dxa"/>
              <w:left w:w="110" w:type="dxa"/>
              <w:bottom w:w="90" w:type="dxa"/>
              <w:right w:w="110" w:type="dxa"/>
            </w:tcMar>
          </w:tcPr>
          <w:p w14:paraId="03A54DFA" w14:textId="77777777" w:rsidR="00605A98" w:rsidRDefault="00000000">
            <w:r>
              <w:rPr>
                <w:b/>
                <w:color w:val="123B5D"/>
              </w:rPr>
              <w:t>IMPACT</w:t>
            </w:r>
          </w:p>
          <w:p w14:paraId="77AD349B" w14:textId="77777777" w:rsidR="00605A98" w:rsidRDefault="00000000">
            <w:pPr>
              <w:spacing w:after="40"/>
            </w:pPr>
            <w:r>
              <w:t>What becomes different if we do this? What measurable outcome matters?</w:t>
            </w:r>
          </w:p>
          <w:p w14:paraId="76843694" w14:textId="0BF868B7" w:rsidR="00605A98" w:rsidRDefault="00605A98">
            <w:pPr>
              <w:spacing w:after="0"/>
            </w:pPr>
          </w:p>
        </w:tc>
      </w:tr>
    </w:tbl>
    <w:p w14:paraId="20263F5E" w14:textId="77777777" w:rsidR="00605A98" w:rsidRDefault="00605A98">
      <w:pPr>
        <w:spacing w:after="20"/>
      </w:pPr>
    </w:p>
    <w:tbl>
      <w:tblPr>
        <w:tblW w:w="0" w:type="auto"/>
        <w:jc w:val="center"/>
        <w:tblLook w:val="04A0" w:firstRow="1" w:lastRow="0" w:firstColumn="1" w:lastColumn="0" w:noHBand="0" w:noVBand="1"/>
      </w:tblPr>
      <w:tblGrid>
        <w:gridCol w:w="10454"/>
      </w:tblGrid>
      <w:tr w:rsidR="00605A98" w14:paraId="4D4F5184" w14:textId="77777777">
        <w:trPr>
          <w:jc w:val="center"/>
        </w:trPr>
        <w:tc>
          <w:tcPr>
            <w:tcW w:w="10454" w:type="dxa"/>
            <w:shd w:val="clear" w:color="auto" w:fill="EEF4F6"/>
            <w:tcMar>
              <w:top w:w="90" w:type="dxa"/>
              <w:left w:w="110" w:type="dxa"/>
              <w:bottom w:w="90" w:type="dxa"/>
              <w:right w:w="110" w:type="dxa"/>
            </w:tcMar>
          </w:tcPr>
          <w:p w14:paraId="7659BB88" w14:textId="77777777" w:rsidR="00605A98" w:rsidRDefault="00000000">
            <w:r>
              <w:rPr>
                <w:b/>
                <w:color w:val="123B5D"/>
              </w:rPr>
              <w:t>RESOURCES</w:t>
            </w:r>
          </w:p>
          <w:p w14:paraId="6B7C4E0F" w14:textId="77777777" w:rsidR="00605A98" w:rsidRDefault="00000000">
            <w:pPr>
              <w:spacing w:after="40"/>
            </w:pPr>
            <w:r>
              <w:t>What will it take? Existing resources, reallocation, grants, employer support, philanthropy, new investment?</w:t>
            </w:r>
          </w:p>
          <w:p w14:paraId="0CFFD306" w14:textId="53D5EBDA" w:rsidR="00605A98" w:rsidRDefault="00605A98">
            <w:pPr>
              <w:spacing w:after="0"/>
            </w:pPr>
          </w:p>
        </w:tc>
      </w:tr>
    </w:tbl>
    <w:p w14:paraId="76F7019A" w14:textId="77777777" w:rsidR="00605A98" w:rsidRDefault="00605A98">
      <w:pPr>
        <w:spacing w:after="20"/>
      </w:pPr>
    </w:p>
    <w:tbl>
      <w:tblPr>
        <w:tblW w:w="0" w:type="auto"/>
        <w:jc w:val="center"/>
        <w:tblLook w:val="04A0" w:firstRow="1" w:lastRow="0" w:firstColumn="1" w:lastColumn="0" w:noHBand="0" w:noVBand="1"/>
      </w:tblPr>
      <w:tblGrid>
        <w:gridCol w:w="10454"/>
      </w:tblGrid>
      <w:tr w:rsidR="00605A98" w14:paraId="2FE4254C" w14:textId="77777777">
        <w:trPr>
          <w:jc w:val="center"/>
        </w:trPr>
        <w:tc>
          <w:tcPr>
            <w:tcW w:w="10454" w:type="dxa"/>
            <w:shd w:val="clear" w:color="auto" w:fill="EAF4EE"/>
            <w:tcMar>
              <w:top w:w="90" w:type="dxa"/>
              <w:left w:w="110" w:type="dxa"/>
              <w:bottom w:w="90" w:type="dxa"/>
              <w:right w:w="110" w:type="dxa"/>
            </w:tcMar>
          </w:tcPr>
          <w:p w14:paraId="7D056A2D" w14:textId="77777777" w:rsidR="00605A98" w:rsidRDefault="00000000">
            <w:r>
              <w:rPr>
                <w:b/>
                <w:color w:val="123B5D"/>
              </w:rPr>
              <w:t>THE ASK</w:t>
            </w:r>
          </w:p>
          <w:p w14:paraId="53C73C81" w14:textId="77777777" w:rsidR="00605A98" w:rsidRDefault="00000000">
            <w:pPr>
              <w:spacing w:after="40"/>
            </w:pPr>
            <w:r>
              <w:t>What exactly do you want this person to do next?</w:t>
            </w:r>
          </w:p>
          <w:p w14:paraId="5F49DE5B" w14:textId="50C5ECF3" w:rsidR="00605A98" w:rsidRDefault="00605A98">
            <w:pPr>
              <w:spacing w:after="0"/>
            </w:pPr>
          </w:p>
        </w:tc>
      </w:tr>
    </w:tbl>
    <w:p w14:paraId="5E779F16" w14:textId="77777777" w:rsidR="00605A98" w:rsidRDefault="00605A98">
      <w:pPr>
        <w:spacing w:after="20"/>
      </w:pPr>
    </w:p>
    <w:tbl>
      <w:tblPr>
        <w:tblW w:w="0" w:type="auto"/>
        <w:jc w:val="center"/>
        <w:tblLook w:val="04A0" w:firstRow="1" w:lastRow="0" w:firstColumn="1" w:lastColumn="0" w:noHBand="0" w:noVBand="1"/>
      </w:tblPr>
      <w:tblGrid>
        <w:gridCol w:w="10454"/>
      </w:tblGrid>
      <w:tr w:rsidR="00605A98" w14:paraId="7601A094" w14:textId="77777777">
        <w:trPr>
          <w:jc w:val="center"/>
        </w:trPr>
        <w:tc>
          <w:tcPr>
            <w:tcW w:w="10454" w:type="dxa"/>
            <w:shd w:val="clear" w:color="auto" w:fill="C8922F"/>
            <w:tcMar>
              <w:top w:w="80" w:type="dxa"/>
              <w:left w:w="120" w:type="dxa"/>
              <w:bottom w:w="80" w:type="dxa"/>
              <w:right w:w="120" w:type="dxa"/>
            </w:tcMar>
          </w:tcPr>
          <w:p w14:paraId="2E1EFDF6" w14:textId="77777777" w:rsidR="00605A98" w:rsidRDefault="00000000">
            <w:pPr>
              <w:spacing w:after="0"/>
              <w:jc w:val="center"/>
            </w:pPr>
            <w:r>
              <w:rPr>
                <w:b/>
                <w:color w:val="FFFFFF"/>
                <w:sz w:val="20"/>
              </w:rPr>
              <w:t>A PITCH WITHOUT AN ASK IS JUST AN INTERESTING CONVERSATION.</w:t>
            </w:r>
          </w:p>
        </w:tc>
      </w:tr>
    </w:tbl>
    <w:p w14:paraId="377A4248" w14:textId="77777777" w:rsidR="00605A98" w:rsidRDefault="00000000">
      <w:r>
        <w:br w:type="page"/>
      </w:r>
    </w:p>
    <w:p w14:paraId="684D8903" w14:textId="77777777" w:rsidR="00605A98" w:rsidRDefault="00000000">
      <w:pPr>
        <w:pStyle w:val="WBSection"/>
      </w:pPr>
      <w:r>
        <w:lastRenderedPageBreak/>
        <w:t>5 | Reframe Riverbend</w:t>
      </w:r>
    </w:p>
    <w:p w14:paraId="018E3586" w14:textId="77777777" w:rsidR="00605A98" w:rsidRDefault="00000000">
      <w:r>
        <w:t>Compare the original opening with a version framed around institutional priority, impact, resources, and a clear next step.</w:t>
      </w:r>
    </w:p>
    <w:tbl>
      <w:tblPr>
        <w:tblW w:w="0" w:type="auto"/>
        <w:jc w:val="center"/>
        <w:tblLook w:val="04A0" w:firstRow="1" w:lastRow="0" w:firstColumn="1" w:lastColumn="0" w:noHBand="0" w:noVBand="1"/>
      </w:tblPr>
      <w:tblGrid>
        <w:gridCol w:w="4050"/>
        <w:gridCol w:w="6404"/>
      </w:tblGrid>
      <w:tr w:rsidR="00605A98" w14:paraId="69B86106" w14:textId="77777777" w:rsidTr="006041BC">
        <w:trPr>
          <w:jc w:val="center"/>
        </w:trPr>
        <w:tc>
          <w:tcPr>
            <w:tcW w:w="4050" w:type="dxa"/>
            <w:shd w:val="clear" w:color="auto" w:fill="123B5D"/>
            <w:tcMar>
              <w:top w:w="80" w:type="dxa"/>
              <w:left w:w="90" w:type="dxa"/>
              <w:bottom w:w="80" w:type="dxa"/>
              <w:right w:w="90" w:type="dxa"/>
            </w:tcMar>
          </w:tcPr>
          <w:p w14:paraId="47A80BB4" w14:textId="77777777" w:rsidR="00605A98" w:rsidRDefault="00000000">
            <w:r>
              <w:rPr>
                <w:b/>
                <w:color w:val="FFFFFF"/>
              </w:rPr>
              <w:t>PROGRAM-CENTERED OPENING</w:t>
            </w:r>
          </w:p>
        </w:tc>
        <w:tc>
          <w:tcPr>
            <w:tcW w:w="6404" w:type="dxa"/>
            <w:shd w:val="clear" w:color="auto" w:fill="2D7F83"/>
            <w:tcMar>
              <w:top w:w="80" w:type="dxa"/>
              <w:left w:w="90" w:type="dxa"/>
              <w:bottom w:w="80" w:type="dxa"/>
              <w:right w:w="90" w:type="dxa"/>
            </w:tcMar>
          </w:tcPr>
          <w:p w14:paraId="14D5D0CF" w14:textId="77777777" w:rsidR="00605A98" w:rsidRDefault="00000000">
            <w:r>
              <w:rPr>
                <w:b/>
                <w:color w:val="FFFFFF"/>
              </w:rPr>
              <w:t>EXECUTIVE FRAME</w:t>
            </w:r>
          </w:p>
        </w:tc>
      </w:tr>
      <w:tr w:rsidR="00605A98" w14:paraId="1206A0E2" w14:textId="77777777" w:rsidTr="006041BC">
        <w:trPr>
          <w:jc w:val="center"/>
        </w:trPr>
        <w:tc>
          <w:tcPr>
            <w:tcW w:w="4050" w:type="dxa"/>
            <w:shd w:val="clear" w:color="auto" w:fill="F7F9FA"/>
            <w:tcMar>
              <w:top w:w="110" w:type="dxa"/>
              <w:left w:w="110" w:type="dxa"/>
              <w:bottom w:w="110" w:type="dxa"/>
              <w:right w:w="110" w:type="dxa"/>
            </w:tcMar>
          </w:tcPr>
          <w:p w14:paraId="616F1C7D" w14:textId="77777777" w:rsidR="00605A98" w:rsidRDefault="00000000">
            <w:r>
              <w:rPr>
                <w:i/>
                <w:sz w:val="16"/>
              </w:rPr>
              <w:t>"Our apprenticeship program has been very successful, and we would like to hire two additional staff members and expand the program..."</w:t>
            </w:r>
          </w:p>
        </w:tc>
        <w:tc>
          <w:tcPr>
            <w:tcW w:w="6404" w:type="dxa"/>
            <w:shd w:val="clear" w:color="auto" w:fill="EAF4EE"/>
            <w:tcMar>
              <w:top w:w="110" w:type="dxa"/>
              <w:left w:w="110" w:type="dxa"/>
              <w:bottom w:w="110" w:type="dxa"/>
              <w:right w:w="110" w:type="dxa"/>
            </w:tcMar>
          </w:tcPr>
          <w:p w14:paraId="7EA4C42B" w14:textId="77777777" w:rsidR="00605A98" w:rsidRDefault="00000000">
            <w:r>
              <w:rPr>
                <w:sz w:val="16"/>
              </w:rPr>
              <w:t>Advanced manufacturing employers in our region are asking Riverbend to increase the number of work-ready graduates, while many of our students need paid pathways to remain enrolled. We propose expanding our apprenticeship infrastructure so more students can earn while completing their credential, with employer and external funding offsetting part of the cost. I'd like your support to develop a three-year expansion proposal with Academic Affairs, Workforce Development, and Advancement.</w:t>
            </w:r>
          </w:p>
        </w:tc>
      </w:tr>
    </w:tbl>
    <w:p w14:paraId="2356A9F0" w14:textId="77777777" w:rsidR="00605A98" w:rsidRDefault="00605A98"/>
    <w:tbl>
      <w:tblPr>
        <w:tblW w:w="0" w:type="auto"/>
        <w:jc w:val="center"/>
        <w:tblLook w:val="04A0" w:firstRow="1" w:lastRow="0" w:firstColumn="1" w:lastColumn="0" w:noHBand="0" w:noVBand="1"/>
      </w:tblPr>
      <w:tblGrid>
        <w:gridCol w:w="10454"/>
      </w:tblGrid>
      <w:tr w:rsidR="00605A98" w14:paraId="169A8465" w14:textId="77777777">
        <w:trPr>
          <w:jc w:val="center"/>
        </w:trPr>
        <w:tc>
          <w:tcPr>
            <w:tcW w:w="10454" w:type="dxa"/>
            <w:shd w:val="clear" w:color="auto" w:fill="EEF4F6"/>
            <w:tcMar>
              <w:top w:w="90" w:type="dxa"/>
              <w:left w:w="110" w:type="dxa"/>
              <w:bottom w:w="90" w:type="dxa"/>
              <w:right w:w="110" w:type="dxa"/>
            </w:tcMar>
          </w:tcPr>
          <w:p w14:paraId="4EC219A1" w14:textId="77777777" w:rsidR="00605A98" w:rsidRDefault="00000000">
            <w:r>
              <w:rPr>
                <w:b/>
                <w:color w:val="123B5D"/>
              </w:rPr>
              <w:t>What changed?</w:t>
            </w:r>
          </w:p>
          <w:p w14:paraId="075E0D3C" w14:textId="77777777" w:rsidR="00605A98" w:rsidRDefault="00000000">
            <w:pPr>
              <w:spacing w:after="40"/>
            </w:pPr>
            <w:r>
              <w:t>Underline or note where you hear the priority, strategy, impact, resources, and ask.</w:t>
            </w:r>
          </w:p>
          <w:p w14:paraId="37320FF2" w14:textId="78BEB8E5" w:rsidR="00605A98" w:rsidRDefault="006041BC">
            <w:pPr>
              <w:spacing w:after="0"/>
            </w:pPr>
            <w:proofErr w:type="spellStart"/>
            <w:r>
              <w:t>adadv</w:t>
            </w:r>
            <w:proofErr w:type="spellEnd"/>
          </w:p>
        </w:tc>
      </w:tr>
    </w:tbl>
    <w:p w14:paraId="40D5C320" w14:textId="77777777" w:rsidR="00605A98" w:rsidRDefault="00605A98">
      <w:pPr>
        <w:spacing w:after="20"/>
      </w:pPr>
    </w:p>
    <w:p w14:paraId="63AB7173" w14:textId="77777777" w:rsidR="00605A98" w:rsidRDefault="00000000">
      <w:pPr>
        <w:pStyle w:val="WBHead"/>
      </w:pPr>
      <w:r>
        <w:t>Now draft your 2-3 sentence pitch.</w:t>
      </w:r>
    </w:p>
    <w:p w14:paraId="432C25EA" w14:textId="77777777" w:rsidR="00605A98" w:rsidRDefault="00000000">
      <w:r>
        <w:t>Use the structure as a guide, not a script:</w:t>
      </w:r>
    </w:p>
    <w:tbl>
      <w:tblPr>
        <w:tblW w:w="0" w:type="auto"/>
        <w:tblLook w:val="04A0" w:firstRow="1" w:lastRow="0" w:firstColumn="1" w:lastColumn="0" w:noHBand="0" w:noVBand="1"/>
      </w:tblPr>
      <w:tblGrid>
        <w:gridCol w:w="10454"/>
      </w:tblGrid>
      <w:tr w:rsidR="00605A98" w14:paraId="0706941F" w14:textId="77777777">
        <w:tc>
          <w:tcPr>
            <w:tcW w:w="10454" w:type="dxa"/>
            <w:shd w:val="clear" w:color="auto" w:fill="EEF4F6"/>
            <w:tcMar>
              <w:top w:w="110" w:type="dxa"/>
              <w:left w:w="130" w:type="dxa"/>
              <w:bottom w:w="110" w:type="dxa"/>
              <w:right w:w="130" w:type="dxa"/>
            </w:tcMar>
          </w:tcPr>
          <w:p w14:paraId="0A17D80D" w14:textId="77777777" w:rsidR="00605A98" w:rsidRDefault="00000000">
            <w:pPr>
              <w:rPr>
                <w:i/>
                <w:color w:val="123B5D"/>
              </w:rPr>
            </w:pPr>
            <w:r>
              <w:rPr>
                <w:i/>
                <w:color w:val="123B5D"/>
              </w:rPr>
              <w:t>Because [priority/problem], we have an opportunity to [strategy]. This would [measurable impact], and we believe it can be supported through [resource approach]. Today, I'm asking for [specific next step].</w:t>
            </w:r>
          </w:p>
          <w:p w14:paraId="0FB75362" w14:textId="38912ED1" w:rsidR="006041BC" w:rsidRDefault="006041BC"/>
        </w:tc>
      </w:tr>
    </w:tbl>
    <w:p w14:paraId="226D219C" w14:textId="77777777" w:rsidR="00605A98" w:rsidRDefault="00605A98"/>
    <w:tbl>
      <w:tblPr>
        <w:tblW w:w="0" w:type="auto"/>
        <w:jc w:val="center"/>
        <w:tblLook w:val="04A0" w:firstRow="1" w:lastRow="0" w:firstColumn="1" w:lastColumn="0" w:noHBand="0" w:noVBand="1"/>
      </w:tblPr>
      <w:tblGrid>
        <w:gridCol w:w="10454"/>
      </w:tblGrid>
      <w:tr w:rsidR="00605A98" w14:paraId="0B3FA3C9" w14:textId="77777777">
        <w:trPr>
          <w:jc w:val="center"/>
        </w:trPr>
        <w:tc>
          <w:tcPr>
            <w:tcW w:w="10454" w:type="dxa"/>
            <w:shd w:val="clear" w:color="auto" w:fill="EAF4EE"/>
            <w:tcMar>
              <w:top w:w="90" w:type="dxa"/>
              <w:left w:w="110" w:type="dxa"/>
              <w:bottom w:w="90" w:type="dxa"/>
              <w:right w:w="110" w:type="dxa"/>
            </w:tcMar>
          </w:tcPr>
          <w:p w14:paraId="4FAF27ED" w14:textId="77777777" w:rsidR="00605A98" w:rsidRDefault="00000000">
            <w:r>
              <w:rPr>
                <w:b/>
                <w:color w:val="123B5D"/>
              </w:rPr>
              <w:t>My pitch:</w:t>
            </w:r>
          </w:p>
          <w:p w14:paraId="7A4A30D0" w14:textId="34BDE6A3" w:rsidR="00605A98" w:rsidRDefault="00605A98">
            <w:pPr>
              <w:spacing w:after="0"/>
            </w:pPr>
          </w:p>
        </w:tc>
      </w:tr>
    </w:tbl>
    <w:p w14:paraId="237B120A" w14:textId="77777777" w:rsidR="00605A98" w:rsidRDefault="00605A98">
      <w:pPr>
        <w:spacing w:after="20"/>
      </w:pPr>
    </w:p>
    <w:p w14:paraId="436FD011" w14:textId="77777777" w:rsidR="00605A98" w:rsidRDefault="00000000">
      <w:r>
        <w:br w:type="page"/>
      </w:r>
    </w:p>
    <w:p w14:paraId="338DEC20" w14:textId="77777777" w:rsidR="00605A98" w:rsidRDefault="00000000">
      <w:pPr>
        <w:pStyle w:val="WBSection"/>
      </w:pPr>
      <w:r>
        <w:lastRenderedPageBreak/>
        <w:t>6 | Test the Pitch</w:t>
      </w:r>
    </w:p>
    <w:p w14:paraId="66A85A32" w14:textId="77777777" w:rsidR="00605A98" w:rsidRDefault="00000000">
      <w:r>
        <w:t>Pair with another participant. Read your pitch once. Your partner should not rewrite it. They should tell you what they actually heard.</w:t>
      </w:r>
    </w:p>
    <w:tbl>
      <w:tblPr>
        <w:tblW w:w="0" w:type="auto"/>
        <w:jc w:val="center"/>
        <w:tblLook w:val="04A0" w:firstRow="1" w:lastRow="0" w:firstColumn="1" w:lastColumn="0" w:noHBand="0" w:noVBand="1"/>
      </w:tblPr>
      <w:tblGrid>
        <w:gridCol w:w="5227"/>
        <w:gridCol w:w="5227"/>
      </w:tblGrid>
      <w:tr w:rsidR="00605A98" w14:paraId="0CC6B742" w14:textId="77777777">
        <w:trPr>
          <w:jc w:val="center"/>
        </w:trPr>
        <w:tc>
          <w:tcPr>
            <w:tcW w:w="5227" w:type="dxa"/>
            <w:shd w:val="clear" w:color="auto" w:fill="D8E6EA"/>
            <w:tcMar>
              <w:top w:w="100" w:type="dxa"/>
              <w:left w:w="100" w:type="dxa"/>
              <w:bottom w:w="100" w:type="dxa"/>
              <w:right w:w="100" w:type="dxa"/>
            </w:tcMar>
          </w:tcPr>
          <w:p w14:paraId="63991072" w14:textId="77777777" w:rsidR="00605A98" w:rsidRDefault="00000000">
            <w:r>
              <w:rPr>
                <w:b/>
                <w:color w:val="123B5D"/>
              </w:rPr>
              <w:t>I heard the PRIORITY as...</w:t>
            </w:r>
          </w:p>
        </w:tc>
        <w:tc>
          <w:tcPr>
            <w:tcW w:w="5227" w:type="dxa"/>
            <w:shd w:val="clear" w:color="auto" w:fill="F7F9FA"/>
            <w:tcMar>
              <w:top w:w="100" w:type="dxa"/>
              <w:left w:w="100" w:type="dxa"/>
              <w:bottom w:w="100" w:type="dxa"/>
              <w:right w:w="100" w:type="dxa"/>
            </w:tcMar>
          </w:tcPr>
          <w:p w14:paraId="0218CEEB" w14:textId="77777777" w:rsidR="00605A98" w:rsidRDefault="00000000">
            <w:r>
              <w:t>_______________________________________________</w:t>
            </w:r>
          </w:p>
        </w:tc>
      </w:tr>
      <w:tr w:rsidR="00605A98" w14:paraId="58DD8A2B" w14:textId="77777777">
        <w:trPr>
          <w:jc w:val="center"/>
        </w:trPr>
        <w:tc>
          <w:tcPr>
            <w:tcW w:w="5227" w:type="dxa"/>
            <w:shd w:val="clear" w:color="auto" w:fill="D8E6EA"/>
            <w:tcMar>
              <w:top w:w="100" w:type="dxa"/>
              <w:left w:w="100" w:type="dxa"/>
              <w:bottom w:w="100" w:type="dxa"/>
              <w:right w:w="100" w:type="dxa"/>
            </w:tcMar>
          </w:tcPr>
          <w:p w14:paraId="3E71270F" w14:textId="77777777" w:rsidR="00605A98" w:rsidRDefault="00000000">
            <w:r>
              <w:rPr>
                <w:b/>
                <w:color w:val="123B5D"/>
              </w:rPr>
              <w:t>I heard the OUTCOME as...</w:t>
            </w:r>
          </w:p>
        </w:tc>
        <w:tc>
          <w:tcPr>
            <w:tcW w:w="5227" w:type="dxa"/>
            <w:shd w:val="clear" w:color="auto" w:fill="F7F9FA"/>
            <w:tcMar>
              <w:top w:w="100" w:type="dxa"/>
              <w:left w:w="100" w:type="dxa"/>
              <w:bottom w:w="100" w:type="dxa"/>
              <w:right w:w="100" w:type="dxa"/>
            </w:tcMar>
          </w:tcPr>
          <w:p w14:paraId="15F4513F" w14:textId="77777777" w:rsidR="00605A98" w:rsidRDefault="00000000">
            <w:r>
              <w:t>_______________________________________________</w:t>
            </w:r>
          </w:p>
        </w:tc>
      </w:tr>
      <w:tr w:rsidR="00605A98" w14:paraId="1B1AA6F4" w14:textId="77777777">
        <w:trPr>
          <w:jc w:val="center"/>
        </w:trPr>
        <w:tc>
          <w:tcPr>
            <w:tcW w:w="5227" w:type="dxa"/>
            <w:shd w:val="clear" w:color="auto" w:fill="D8E6EA"/>
            <w:tcMar>
              <w:top w:w="100" w:type="dxa"/>
              <w:left w:w="100" w:type="dxa"/>
              <w:bottom w:w="100" w:type="dxa"/>
              <w:right w:w="100" w:type="dxa"/>
            </w:tcMar>
          </w:tcPr>
          <w:p w14:paraId="460A7ADF" w14:textId="77777777" w:rsidR="00605A98" w:rsidRDefault="00000000">
            <w:r>
              <w:rPr>
                <w:b/>
                <w:color w:val="123B5D"/>
              </w:rPr>
              <w:t>I think you're ASKING me to...</w:t>
            </w:r>
          </w:p>
        </w:tc>
        <w:tc>
          <w:tcPr>
            <w:tcW w:w="5227" w:type="dxa"/>
            <w:shd w:val="clear" w:color="auto" w:fill="F7F9FA"/>
            <w:tcMar>
              <w:top w:w="100" w:type="dxa"/>
              <w:left w:w="100" w:type="dxa"/>
              <w:bottom w:w="100" w:type="dxa"/>
              <w:right w:w="100" w:type="dxa"/>
            </w:tcMar>
          </w:tcPr>
          <w:p w14:paraId="1B18A264" w14:textId="77777777" w:rsidR="00605A98" w:rsidRDefault="00000000">
            <w:r>
              <w:t>_______________________________________________</w:t>
            </w:r>
          </w:p>
        </w:tc>
      </w:tr>
    </w:tbl>
    <w:p w14:paraId="6883A333" w14:textId="77777777" w:rsidR="00605A98" w:rsidRDefault="00605A98"/>
    <w:tbl>
      <w:tblPr>
        <w:tblW w:w="0" w:type="auto"/>
        <w:jc w:val="center"/>
        <w:tblLook w:val="04A0" w:firstRow="1" w:lastRow="0" w:firstColumn="1" w:lastColumn="0" w:noHBand="0" w:noVBand="1"/>
      </w:tblPr>
      <w:tblGrid>
        <w:gridCol w:w="10454"/>
      </w:tblGrid>
      <w:tr w:rsidR="00605A98" w14:paraId="591ABB80" w14:textId="77777777">
        <w:trPr>
          <w:jc w:val="center"/>
        </w:trPr>
        <w:tc>
          <w:tcPr>
            <w:tcW w:w="10454" w:type="dxa"/>
            <w:shd w:val="clear" w:color="auto" w:fill="2D7F83"/>
            <w:tcMar>
              <w:top w:w="80" w:type="dxa"/>
              <w:left w:w="120" w:type="dxa"/>
              <w:bottom w:w="80" w:type="dxa"/>
              <w:right w:w="120" w:type="dxa"/>
            </w:tcMar>
          </w:tcPr>
          <w:p w14:paraId="1D18BD16" w14:textId="77777777" w:rsidR="00605A98" w:rsidRDefault="00000000">
            <w:pPr>
              <w:spacing w:after="0"/>
              <w:jc w:val="center"/>
            </w:pPr>
            <w:r>
              <w:rPr>
                <w:b/>
                <w:color w:val="FFFFFF"/>
                <w:sz w:val="20"/>
              </w:rPr>
              <w:t>IF THE LISTENER CAN'T IDENTIFY THE PRIORITY, OUTCOME, AND ASK, THE PITCH ISN'T READY.</w:t>
            </w:r>
          </w:p>
        </w:tc>
      </w:tr>
    </w:tbl>
    <w:p w14:paraId="7197F46A" w14:textId="77777777" w:rsidR="00605A98" w:rsidRDefault="00605A98"/>
    <w:p w14:paraId="6D887B52" w14:textId="77777777" w:rsidR="00605A98" w:rsidRDefault="00000000">
      <w:pPr>
        <w:pStyle w:val="WBHead"/>
      </w:pPr>
      <w:r>
        <w:t>Same initiative. Different relevant frame.</w:t>
      </w:r>
    </w:p>
    <w:tbl>
      <w:tblPr>
        <w:tblW w:w="0" w:type="auto"/>
        <w:jc w:val="center"/>
        <w:tblLook w:val="04A0" w:firstRow="1" w:lastRow="0" w:firstColumn="1" w:lastColumn="0" w:noHBand="0" w:noVBand="1"/>
      </w:tblPr>
      <w:tblGrid>
        <w:gridCol w:w="4140"/>
        <w:gridCol w:w="6314"/>
      </w:tblGrid>
      <w:tr w:rsidR="00605A98" w14:paraId="2C11B819" w14:textId="77777777" w:rsidTr="006041BC">
        <w:trPr>
          <w:jc w:val="center"/>
        </w:trPr>
        <w:tc>
          <w:tcPr>
            <w:tcW w:w="4140" w:type="dxa"/>
            <w:shd w:val="clear" w:color="auto" w:fill="EEF4F6"/>
            <w:tcMar>
              <w:top w:w="80" w:type="dxa"/>
              <w:left w:w="90" w:type="dxa"/>
              <w:bottom w:w="80" w:type="dxa"/>
              <w:right w:w="90" w:type="dxa"/>
            </w:tcMar>
          </w:tcPr>
          <w:p w14:paraId="27EFD986" w14:textId="77777777" w:rsidR="00605A98" w:rsidRDefault="00000000">
            <w:r>
              <w:rPr>
                <w:b/>
                <w:color w:val="123B5D"/>
                <w:sz w:val="17"/>
              </w:rPr>
              <w:t>PRESIDENT / EXECUTIVE</w:t>
            </w:r>
          </w:p>
        </w:tc>
        <w:tc>
          <w:tcPr>
            <w:tcW w:w="6314" w:type="dxa"/>
            <w:shd w:val="clear" w:color="auto" w:fill="F7F9FA"/>
            <w:tcMar>
              <w:top w:w="80" w:type="dxa"/>
              <w:left w:w="90" w:type="dxa"/>
              <w:bottom w:w="80" w:type="dxa"/>
              <w:right w:w="90" w:type="dxa"/>
            </w:tcMar>
          </w:tcPr>
          <w:p w14:paraId="3778B057" w14:textId="77777777" w:rsidR="00605A98" w:rsidRDefault="00000000">
            <w:r>
              <w:rPr>
                <w:sz w:val="17"/>
              </w:rPr>
              <w:t>Does this advance our strategy?</w:t>
            </w:r>
          </w:p>
        </w:tc>
      </w:tr>
      <w:tr w:rsidR="00605A98" w14:paraId="0ADF12D2" w14:textId="77777777" w:rsidTr="006041BC">
        <w:trPr>
          <w:jc w:val="center"/>
        </w:trPr>
        <w:tc>
          <w:tcPr>
            <w:tcW w:w="4140" w:type="dxa"/>
            <w:shd w:val="clear" w:color="auto" w:fill="EEF4F6"/>
            <w:tcMar>
              <w:top w:w="80" w:type="dxa"/>
              <w:left w:w="90" w:type="dxa"/>
              <w:bottom w:w="80" w:type="dxa"/>
              <w:right w:w="90" w:type="dxa"/>
            </w:tcMar>
          </w:tcPr>
          <w:p w14:paraId="3ED05D4A" w14:textId="77777777" w:rsidR="00605A98" w:rsidRDefault="00000000">
            <w:r>
              <w:rPr>
                <w:b/>
                <w:color w:val="123B5D"/>
                <w:sz w:val="17"/>
              </w:rPr>
              <w:t>CFO / FINANCE</w:t>
            </w:r>
          </w:p>
        </w:tc>
        <w:tc>
          <w:tcPr>
            <w:tcW w:w="6314" w:type="dxa"/>
            <w:shd w:val="clear" w:color="auto" w:fill="F7F9FA"/>
            <w:tcMar>
              <w:top w:w="80" w:type="dxa"/>
              <w:left w:w="90" w:type="dxa"/>
              <w:bottom w:w="80" w:type="dxa"/>
              <w:right w:w="90" w:type="dxa"/>
            </w:tcMar>
          </w:tcPr>
          <w:p w14:paraId="5A97C14A" w14:textId="77777777" w:rsidR="00605A98" w:rsidRDefault="00000000">
            <w:r>
              <w:rPr>
                <w:sz w:val="17"/>
              </w:rPr>
              <w:t>Can we afford and sustain it?</w:t>
            </w:r>
          </w:p>
        </w:tc>
      </w:tr>
      <w:tr w:rsidR="00605A98" w14:paraId="2B015601" w14:textId="77777777" w:rsidTr="006041BC">
        <w:trPr>
          <w:jc w:val="center"/>
        </w:trPr>
        <w:tc>
          <w:tcPr>
            <w:tcW w:w="4140" w:type="dxa"/>
            <w:shd w:val="clear" w:color="auto" w:fill="EEF4F6"/>
            <w:tcMar>
              <w:top w:w="80" w:type="dxa"/>
              <w:left w:w="90" w:type="dxa"/>
              <w:bottom w:w="80" w:type="dxa"/>
              <w:right w:w="90" w:type="dxa"/>
            </w:tcMar>
          </w:tcPr>
          <w:p w14:paraId="2AE1BB16" w14:textId="77777777" w:rsidR="00605A98" w:rsidRDefault="00000000">
            <w:r>
              <w:rPr>
                <w:b/>
                <w:color w:val="123B5D"/>
                <w:sz w:val="17"/>
              </w:rPr>
              <w:t>DONOR / FOUNDATION</w:t>
            </w:r>
          </w:p>
        </w:tc>
        <w:tc>
          <w:tcPr>
            <w:tcW w:w="6314" w:type="dxa"/>
            <w:shd w:val="clear" w:color="auto" w:fill="F7F9FA"/>
            <w:tcMar>
              <w:top w:w="80" w:type="dxa"/>
              <w:left w:w="90" w:type="dxa"/>
              <w:bottom w:w="80" w:type="dxa"/>
              <w:right w:w="90" w:type="dxa"/>
            </w:tcMar>
          </w:tcPr>
          <w:p w14:paraId="30D308B2" w14:textId="77777777" w:rsidR="00605A98" w:rsidRDefault="00000000">
            <w:r>
              <w:rPr>
                <w:sz w:val="17"/>
              </w:rPr>
              <w:t>What difference could my investment make?</w:t>
            </w:r>
          </w:p>
        </w:tc>
      </w:tr>
      <w:tr w:rsidR="00605A98" w14:paraId="3561B9D1" w14:textId="77777777" w:rsidTr="006041BC">
        <w:trPr>
          <w:jc w:val="center"/>
        </w:trPr>
        <w:tc>
          <w:tcPr>
            <w:tcW w:w="4140" w:type="dxa"/>
            <w:shd w:val="clear" w:color="auto" w:fill="EEF4F6"/>
            <w:tcMar>
              <w:top w:w="80" w:type="dxa"/>
              <w:left w:w="90" w:type="dxa"/>
              <w:bottom w:w="80" w:type="dxa"/>
              <w:right w:w="90" w:type="dxa"/>
            </w:tcMar>
          </w:tcPr>
          <w:p w14:paraId="6D4D26D2" w14:textId="77777777" w:rsidR="00605A98" w:rsidRDefault="00000000">
            <w:r>
              <w:rPr>
                <w:b/>
                <w:color w:val="123B5D"/>
                <w:sz w:val="17"/>
              </w:rPr>
              <w:t>EMPLOYER</w:t>
            </w:r>
          </w:p>
        </w:tc>
        <w:tc>
          <w:tcPr>
            <w:tcW w:w="6314" w:type="dxa"/>
            <w:shd w:val="clear" w:color="auto" w:fill="F7F9FA"/>
            <w:tcMar>
              <w:top w:w="80" w:type="dxa"/>
              <w:left w:w="90" w:type="dxa"/>
              <w:bottom w:w="80" w:type="dxa"/>
              <w:right w:w="90" w:type="dxa"/>
            </w:tcMar>
          </w:tcPr>
          <w:p w14:paraId="43D74AEA" w14:textId="77777777" w:rsidR="00605A98" w:rsidRDefault="00000000">
            <w:r>
              <w:rPr>
                <w:sz w:val="17"/>
              </w:rPr>
              <w:t>Will this help solve a workforce problem?</w:t>
            </w:r>
          </w:p>
        </w:tc>
      </w:tr>
    </w:tbl>
    <w:p w14:paraId="0122535B" w14:textId="77777777" w:rsidR="00605A98" w:rsidRDefault="00605A98"/>
    <w:tbl>
      <w:tblPr>
        <w:tblW w:w="0" w:type="auto"/>
        <w:jc w:val="center"/>
        <w:tblLook w:val="04A0" w:firstRow="1" w:lastRow="0" w:firstColumn="1" w:lastColumn="0" w:noHBand="0" w:noVBand="1"/>
      </w:tblPr>
      <w:tblGrid>
        <w:gridCol w:w="10454"/>
      </w:tblGrid>
      <w:tr w:rsidR="00605A98" w14:paraId="322F3076" w14:textId="77777777">
        <w:trPr>
          <w:jc w:val="center"/>
        </w:trPr>
        <w:tc>
          <w:tcPr>
            <w:tcW w:w="10454" w:type="dxa"/>
            <w:shd w:val="clear" w:color="auto" w:fill="EEF4F6"/>
            <w:tcMar>
              <w:top w:w="90" w:type="dxa"/>
              <w:left w:w="110" w:type="dxa"/>
              <w:bottom w:w="90" w:type="dxa"/>
              <w:right w:w="110" w:type="dxa"/>
            </w:tcMar>
          </w:tcPr>
          <w:p w14:paraId="1CE48807" w14:textId="77777777" w:rsidR="00605A98" w:rsidRDefault="00000000">
            <w:r>
              <w:rPr>
                <w:b/>
                <w:color w:val="123B5D"/>
              </w:rPr>
              <w:t>What will you revise after hearing your partner's feedback?</w:t>
            </w:r>
          </w:p>
          <w:p w14:paraId="5AA236A2" w14:textId="51073BD3" w:rsidR="00605A98" w:rsidRDefault="00605A98">
            <w:pPr>
              <w:spacing w:after="0"/>
            </w:pPr>
          </w:p>
          <w:p w14:paraId="1C16CFD0" w14:textId="1D8EF8BA" w:rsidR="00605A98" w:rsidRDefault="00605A98">
            <w:pPr>
              <w:spacing w:after="0"/>
            </w:pPr>
          </w:p>
        </w:tc>
      </w:tr>
    </w:tbl>
    <w:p w14:paraId="5762E6CC" w14:textId="77777777" w:rsidR="00605A98" w:rsidRDefault="00605A98">
      <w:pPr>
        <w:spacing w:after="20"/>
      </w:pPr>
    </w:p>
    <w:p w14:paraId="083D0857" w14:textId="77777777" w:rsidR="00605A98" w:rsidRDefault="00000000">
      <w:r>
        <w:br w:type="page"/>
      </w:r>
    </w:p>
    <w:p w14:paraId="2875981F" w14:textId="77777777" w:rsidR="00605A98" w:rsidRDefault="00000000">
      <w:pPr>
        <w:pStyle w:val="WBSection"/>
      </w:pPr>
      <w:r>
        <w:lastRenderedPageBreak/>
        <w:t>7 | From Pitch to Action</w:t>
      </w:r>
    </w:p>
    <w:p w14:paraId="42599EAD" w14:textId="77777777" w:rsidR="00605A98" w:rsidRDefault="00000000">
      <w:r>
        <w:t>The pitch is not the meeting. It is the beginning of a decision process. Leave the conversation knowing what must happen next.</w:t>
      </w:r>
    </w:p>
    <w:tbl>
      <w:tblPr>
        <w:tblW w:w="0" w:type="auto"/>
        <w:jc w:val="center"/>
        <w:tblLook w:val="04A0" w:firstRow="1" w:lastRow="0" w:firstColumn="1" w:lastColumn="0" w:noHBand="0" w:noVBand="1"/>
      </w:tblPr>
      <w:tblGrid>
        <w:gridCol w:w="3330"/>
        <w:gridCol w:w="7124"/>
      </w:tblGrid>
      <w:tr w:rsidR="00605A98" w14:paraId="2839FD03" w14:textId="77777777" w:rsidTr="006041BC">
        <w:trPr>
          <w:jc w:val="center"/>
        </w:trPr>
        <w:tc>
          <w:tcPr>
            <w:tcW w:w="3330" w:type="dxa"/>
            <w:shd w:val="clear" w:color="auto" w:fill="D8E6EA"/>
            <w:tcMar>
              <w:top w:w="80" w:type="dxa"/>
              <w:left w:w="90" w:type="dxa"/>
              <w:bottom w:w="80" w:type="dxa"/>
              <w:right w:w="90" w:type="dxa"/>
            </w:tcMar>
          </w:tcPr>
          <w:p w14:paraId="03291C48" w14:textId="77777777" w:rsidR="00605A98" w:rsidRDefault="00000000">
            <w:r>
              <w:rPr>
                <w:b/>
                <w:color w:val="123B5D"/>
              </w:rPr>
              <w:t>CLARIFY</w:t>
            </w:r>
          </w:p>
        </w:tc>
        <w:tc>
          <w:tcPr>
            <w:tcW w:w="7124" w:type="dxa"/>
            <w:shd w:val="clear" w:color="auto" w:fill="F7F9FA"/>
            <w:tcMar>
              <w:top w:w="80" w:type="dxa"/>
              <w:left w:w="90" w:type="dxa"/>
              <w:bottom w:w="80" w:type="dxa"/>
              <w:right w:w="90" w:type="dxa"/>
            </w:tcMar>
          </w:tcPr>
          <w:p w14:paraId="5B2EA9EE" w14:textId="77777777" w:rsidR="00605A98" w:rsidRDefault="00000000">
            <w:r>
              <w:rPr>
                <w:sz w:val="17"/>
              </w:rPr>
              <w:t>What did you hear? What concerns, conditions, or opportunities surfaced?</w:t>
            </w:r>
          </w:p>
        </w:tc>
      </w:tr>
      <w:tr w:rsidR="00605A98" w14:paraId="65E153DD" w14:textId="77777777" w:rsidTr="006041BC">
        <w:trPr>
          <w:jc w:val="center"/>
        </w:trPr>
        <w:tc>
          <w:tcPr>
            <w:tcW w:w="3330" w:type="dxa"/>
            <w:shd w:val="clear" w:color="auto" w:fill="D8E6EA"/>
            <w:tcMar>
              <w:top w:w="80" w:type="dxa"/>
              <w:left w:w="90" w:type="dxa"/>
              <w:bottom w:w="80" w:type="dxa"/>
              <w:right w:w="90" w:type="dxa"/>
            </w:tcMar>
          </w:tcPr>
          <w:p w14:paraId="53AC15A2" w14:textId="77777777" w:rsidR="00605A98" w:rsidRDefault="00000000">
            <w:r>
              <w:rPr>
                <w:b/>
                <w:color w:val="123B5D"/>
              </w:rPr>
              <w:t>FOLLOW UP</w:t>
            </w:r>
          </w:p>
        </w:tc>
        <w:tc>
          <w:tcPr>
            <w:tcW w:w="7124" w:type="dxa"/>
            <w:shd w:val="clear" w:color="auto" w:fill="F7F9FA"/>
            <w:tcMar>
              <w:top w:w="80" w:type="dxa"/>
              <w:left w:w="90" w:type="dxa"/>
              <w:bottom w:w="80" w:type="dxa"/>
              <w:right w:w="90" w:type="dxa"/>
            </w:tcMar>
          </w:tcPr>
          <w:p w14:paraId="0BC6D4E0" w14:textId="77777777" w:rsidR="00605A98" w:rsidRDefault="00000000">
            <w:r>
              <w:rPr>
                <w:sz w:val="17"/>
              </w:rPr>
              <w:t>What information, data, or detail did they request?</w:t>
            </w:r>
          </w:p>
        </w:tc>
      </w:tr>
      <w:tr w:rsidR="00605A98" w14:paraId="7CFE05A9" w14:textId="77777777" w:rsidTr="006041BC">
        <w:trPr>
          <w:jc w:val="center"/>
        </w:trPr>
        <w:tc>
          <w:tcPr>
            <w:tcW w:w="3330" w:type="dxa"/>
            <w:shd w:val="clear" w:color="auto" w:fill="D8E6EA"/>
            <w:tcMar>
              <w:top w:w="80" w:type="dxa"/>
              <w:left w:w="90" w:type="dxa"/>
              <w:bottom w:w="80" w:type="dxa"/>
              <w:right w:w="90" w:type="dxa"/>
            </w:tcMar>
          </w:tcPr>
          <w:p w14:paraId="105B31DC" w14:textId="77777777" w:rsidR="00605A98" w:rsidRDefault="00000000">
            <w:r>
              <w:rPr>
                <w:b/>
                <w:color w:val="123B5D"/>
              </w:rPr>
              <w:t>BUILD</w:t>
            </w:r>
          </w:p>
        </w:tc>
        <w:tc>
          <w:tcPr>
            <w:tcW w:w="7124" w:type="dxa"/>
            <w:shd w:val="clear" w:color="auto" w:fill="F7F9FA"/>
            <w:tcMar>
              <w:top w:w="80" w:type="dxa"/>
              <w:left w:w="90" w:type="dxa"/>
              <w:bottom w:w="80" w:type="dxa"/>
              <w:right w:w="90" w:type="dxa"/>
            </w:tcMar>
          </w:tcPr>
          <w:p w14:paraId="15947FF8" w14:textId="77777777" w:rsidR="00605A98" w:rsidRDefault="00000000">
            <w:r>
              <w:rPr>
                <w:sz w:val="17"/>
              </w:rPr>
              <w:t>Who else needs to become part of the coalition?</w:t>
            </w:r>
          </w:p>
        </w:tc>
      </w:tr>
      <w:tr w:rsidR="00605A98" w14:paraId="68309C3D" w14:textId="77777777" w:rsidTr="006041BC">
        <w:trPr>
          <w:jc w:val="center"/>
        </w:trPr>
        <w:tc>
          <w:tcPr>
            <w:tcW w:w="3330" w:type="dxa"/>
            <w:shd w:val="clear" w:color="auto" w:fill="D8E6EA"/>
            <w:tcMar>
              <w:top w:w="80" w:type="dxa"/>
              <w:left w:w="90" w:type="dxa"/>
              <w:bottom w:w="80" w:type="dxa"/>
              <w:right w:w="90" w:type="dxa"/>
            </w:tcMar>
          </w:tcPr>
          <w:p w14:paraId="382C29EB" w14:textId="77777777" w:rsidR="00605A98" w:rsidRDefault="00000000">
            <w:r>
              <w:rPr>
                <w:b/>
                <w:color w:val="123B5D"/>
              </w:rPr>
              <w:t>ADVANCE</w:t>
            </w:r>
          </w:p>
        </w:tc>
        <w:tc>
          <w:tcPr>
            <w:tcW w:w="7124" w:type="dxa"/>
            <w:shd w:val="clear" w:color="auto" w:fill="F7F9FA"/>
            <w:tcMar>
              <w:top w:w="80" w:type="dxa"/>
              <w:left w:w="90" w:type="dxa"/>
              <w:bottom w:w="80" w:type="dxa"/>
              <w:right w:w="90" w:type="dxa"/>
            </w:tcMar>
          </w:tcPr>
          <w:p w14:paraId="1150EA13" w14:textId="77777777" w:rsidR="00605A98" w:rsidRDefault="00000000">
            <w:r>
              <w:rPr>
                <w:sz w:val="17"/>
              </w:rPr>
              <w:t>What is the next decision - not necessarily the final decision?</w:t>
            </w:r>
          </w:p>
        </w:tc>
      </w:tr>
    </w:tbl>
    <w:p w14:paraId="2BE6B8FD" w14:textId="77777777" w:rsidR="00605A98" w:rsidRDefault="00605A98"/>
    <w:tbl>
      <w:tblPr>
        <w:tblW w:w="0" w:type="auto"/>
        <w:jc w:val="center"/>
        <w:tblLook w:val="04A0" w:firstRow="1" w:lastRow="0" w:firstColumn="1" w:lastColumn="0" w:noHBand="0" w:noVBand="1"/>
      </w:tblPr>
      <w:tblGrid>
        <w:gridCol w:w="10454"/>
      </w:tblGrid>
      <w:tr w:rsidR="00605A98" w14:paraId="33B35A7F" w14:textId="77777777">
        <w:trPr>
          <w:jc w:val="center"/>
        </w:trPr>
        <w:tc>
          <w:tcPr>
            <w:tcW w:w="10454" w:type="dxa"/>
            <w:shd w:val="clear" w:color="auto" w:fill="EEF4F6"/>
            <w:tcMar>
              <w:top w:w="90" w:type="dxa"/>
              <w:left w:w="110" w:type="dxa"/>
              <w:bottom w:w="90" w:type="dxa"/>
              <w:right w:w="110" w:type="dxa"/>
            </w:tcMar>
          </w:tcPr>
          <w:p w14:paraId="4D5379CE" w14:textId="77777777" w:rsidR="00605A98" w:rsidRDefault="00000000">
            <w:r>
              <w:rPr>
                <w:b/>
                <w:color w:val="123B5D"/>
              </w:rPr>
              <w:t>The next conversation I need to have is with:</w:t>
            </w:r>
          </w:p>
          <w:p w14:paraId="181D3628" w14:textId="7F784D2D" w:rsidR="00605A98" w:rsidRDefault="00605A98">
            <w:pPr>
              <w:spacing w:after="0"/>
            </w:pPr>
          </w:p>
        </w:tc>
      </w:tr>
    </w:tbl>
    <w:p w14:paraId="02A39C4C" w14:textId="77777777" w:rsidR="00605A98" w:rsidRDefault="00605A98">
      <w:pPr>
        <w:spacing w:after="20"/>
      </w:pPr>
    </w:p>
    <w:tbl>
      <w:tblPr>
        <w:tblW w:w="0" w:type="auto"/>
        <w:jc w:val="center"/>
        <w:tblLook w:val="04A0" w:firstRow="1" w:lastRow="0" w:firstColumn="1" w:lastColumn="0" w:noHBand="0" w:noVBand="1"/>
      </w:tblPr>
      <w:tblGrid>
        <w:gridCol w:w="10454"/>
      </w:tblGrid>
      <w:tr w:rsidR="00605A98" w14:paraId="67D98E0E" w14:textId="77777777">
        <w:trPr>
          <w:jc w:val="center"/>
        </w:trPr>
        <w:tc>
          <w:tcPr>
            <w:tcW w:w="10454" w:type="dxa"/>
            <w:shd w:val="clear" w:color="auto" w:fill="EEF4F6"/>
            <w:tcMar>
              <w:top w:w="90" w:type="dxa"/>
              <w:left w:w="110" w:type="dxa"/>
              <w:bottom w:w="90" w:type="dxa"/>
              <w:right w:w="110" w:type="dxa"/>
            </w:tcMar>
          </w:tcPr>
          <w:p w14:paraId="59AFC123" w14:textId="77777777" w:rsidR="00605A98" w:rsidRDefault="00000000">
            <w:r>
              <w:rPr>
                <w:b/>
                <w:color w:val="123B5D"/>
              </w:rPr>
              <w:t>The next decision I need to advance is:</w:t>
            </w:r>
          </w:p>
          <w:p w14:paraId="4C1F4CFE" w14:textId="6C43C8B9" w:rsidR="00605A98" w:rsidRDefault="00605A98">
            <w:pPr>
              <w:spacing w:after="0"/>
            </w:pPr>
          </w:p>
        </w:tc>
      </w:tr>
    </w:tbl>
    <w:p w14:paraId="202B8A80" w14:textId="77777777" w:rsidR="00605A98" w:rsidRDefault="00605A98">
      <w:pPr>
        <w:spacing w:after="20"/>
      </w:pPr>
    </w:p>
    <w:tbl>
      <w:tblPr>
        <w:tblW w:w="0" w:type="auto"/>
        <w:jc w:val="center"/>
        <w:tblLook w:val="04A0" w:firstRow="1" w:lastRow="0" w:firstColumn="1" w:lastColumn="0" w:noHBand="0" w:noVBand="1"/>
      </w:tblPr>
      <w:tblGrid>
        <w:gridCol w:w="10454"/>
      </w:tblGrid>
      <w:tr w:rsidR="00605A98" w14:paraId="4CB14173" w14:textId="77777777">
        <w:trPr>
          <w:jc w:val="center"/>
        </w:trPr>
        <w:tc>
          <w:tcPr>
            <w:tcW w:w="10454" w:type="dxa"/>
            <w:shd w:val="clear" w:color="auto" w:fill="EEF4F6"/>
            <w:tcMar>
              <w:top w:w="90" w:type="dxa"/>
              <w:left w:w="110" w:type="dxa"/>
              <w:bottom w:w="90" w:type="dxa"/>
              <w:right w:w="110" w:type="dxa"/>
            </w:tcMar>
          </w:tcPr>
          <w:p w14:paraId="416D1B0E" w14:textId="77777777" w:rsidR="00605A98" w:rsidRDefault="00000000">
            <w:r>
              <w:rPr>
                <w:b/>
                <w:color w:val="123B5D"/>
              </w:rPr>
              <w:t>The evidence or information I need before that conversation is:</w:t>
            </w:r>
          </w:p>
          <w:p w14:paraId="3F481DEF" w14:textId="73C51F04" w:rsidR="00605A98" w:rsidRDefault="00605A98">
            <w:pPr>
              <w:spacing w:after="0"/>
            </w:pPr>
          </w:p>
        </w:tc>
      </w:tr>
    </w:tbl>
    <w:p w14:paraId="4728BAA2" w14:textId="77777777" w:rsidR="00605A98" w:rsidRDefault="00605A98">
      <w:pPr>
        <w:spacing w:after="20"/>
      </w:pPr>
    </w:p>
    <w:tbl>
      <w:tblPr>
        <w:tblW w:w="0" w:type="auto"/>
        <w:jc w:val="center"/>
        <w:tblLook w:val="04A0" w:firstRow="1" w:lastRow="0" w:firstColumn="1" w:lastColumn="0" w:noHBand="0" w:noVBand="1"/>
      </w:tblPr>
      <w:tblGrid>
        <w:gridCol w:w="10454"/>
      </w:tblGrid>
      <w:tr w:rsidR="00605A98" w14:paraId="31F7B33B" w14:textId="77777777">
        <w:trPr>
          <w:jc w:val="center"/>
        </w:trPr>
        <w:tc>
          <w:tcPr>
            <w:tcW w:w="10454" w:type="dxa"/>
            <w:shd w:val="clear" w:color="auto" w:fill="123B5D"/>
            <w:tcMar>
              <w:top w:w="80" w:type="dxa"/>
              <w:left w:w="120" w:type="dxa"/>
              <w:bottom w:w="80" w:type="dxa"/>
              <w:right w:w="120" w:type="dxa"/>
            </w:tcMar>
          </w:tcPr>
          <w:p w14:paraId="008CBB3D" w14:textId="77777777" w:rsidR="00605A98" w:rsidRDefault="00000000">
            <w:pPr>
              <w:spacing w:after="0"/>
              <w:jc w:val="center"/>
            </w:pPr>
            <w:r>
              <w:rPr>
                <w:b/>
                <w:color w:val="FFFFFF"/>
                <w:sz w:val="20"/>
              </w:rPr>
              <w:t>DON'T JUST PITCH THE IDEA. POSITION THE PRIORITY.</w:t>
            </w:r>
          </w:p>
        </w:tc>
      </w:tr>
    </w:tbl>
    <w:p w14:paraId="06A3AE63" w14:textId="77777777" w:rsidR="00605A98" w:rsidRDefault="00605A98"/>
    <w:p w14:paraId="5065C3AC" w14:textId="77777777" w:rsidR="00605A98" w:rsidRDefault="00000000">
      <w:pPr>
        <w:jc w:val="center"/>
      </w:pPr>
      <w:r>
        <w:rPr>
          <w:b/>
          <w:color w:val="123B5D"/>
          <w:sz w:val="26"/>
        </w:rPr>
        <w:t>What will you do differently in your next executive or donor conversation?</w:t>
      </w:r>
    </w:p>
    <w:tbl>
      <w:tblPr>
        <w:tblW w:w="0" w:type="auto"/>
        <w:jc w:val="center"/>
        <w:tblLook w:val="04A0" w:firstRow="1" w:lastRow="0" w:firstColumn="1" w:lastColumn="0" w:noHBand="0" w:noVBand="1"/>
      </w:tblPr>
      <w:tblGrid>
        <w:gridCol w:w="10454"/>
      </w:tblGrid>
      <w:tr w:rsidR="00605A98" w14:paraId="102DF8E2" w14:textId="77777777">
        <w:trPr>
          <w:jc w:val="center"/>
        </w:trPr>
        <w:tc>
          <w:tcPr>
            <w:tcW w:w="10454" w:type="dxa"/>
            <w:shd w:val="clear" w:color="auto" w:fill="EAF4EE"/>
            <w:tcMar>
              <w:top w:w="90" w:type="dxa"/>
              <w:left w:w="110" w:type="dxa"/>
              <w:bottom w:w="90" w:type="dxa"/>
              <w:right w:w="110" w:type="dxa"/>
            </w:tcMar>
          </w:tcPr>
          <w:p w14:paraId="6B108C6A" w14:textId="77777777" w:rsidR="00605A98" w:rsidRDefault="00000000">
            <w:r>
              <w:rPr>
                <w:b/>
                <w:color w:val="123B5D"/>
              </w:rPr>
              <w:t>My commitment:</w:t>
            </w:r>
          </w:p>
          <w:p w14:paraId="1FAECE53" w14:textId="7F9E3786" w:rsidR="00605A98" w:rsidRDefault="00605A98">
            <w:pPr>
              <w:spacing w:after="0"/>
            </w:pPr>
          </w:p>
        </w:tc>
      </w:tr>
    </w:tbl>
    <w:p w14:paraId="4EB1A874" w14:textId="77777777" w:rsidR="00605A98" w:rsidRDefault="00605A98">
      <w:pPr>
        <w:spacing w:after="20"/>
      </w:pPr>
    </w:p>
    <w:sectPr w:rsidR="00605A98" w:rsidSect="00034616">
      <w:footerReference w:type="default" r:id="rId8"/>
      <w:pgSz w:w="12240" w:h="15840"/>
      <w:pgMar w:top="792" w:right="893" w:bottom="792" w:left="8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741E0F" w14:textId="77777777" w:rsidR="001120DE" w:rsidRDefault="001120DE">
      <w:pPr>
        <w:spacing w:after="0" w:line="240" w:lineRule="auto"/>
      </w:pPr>
      <w:r>
        <w:separator/>
      </w:r>
    </w:p>
  </w:endnote>
  <w:endnote w:type="continuationSeparator" w:id="0">
    <w:p w14:paraId="09AC4841" w14:textId="77777777" w:rsidR="001120DE" w:rsidRDefault="00112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571D72" w14:textId="77777777" w:rsidR="00605A98" w:rsidRDefault="00000000">
    <w:pPr>
      <w:pStyle w:val="Footer"/>
      <w:jc w:val="center"/>
    </w:pPr>
    <w:r>
      <w:rPr>
        <w:color w:val="4B5563"/>
        <w:sz w:val="14"/>
      </w:rPr>
      <w:t xml:space="preserve">Selling the Strategy: How to Position CTE Initiatives for Executive and Donor </w:t>
    </w:r>
    <w:proofErr w:type="gramStart"/>
    <w:r>
      <w:rPr>
        <w:color w:val="4B5563"/>
        <w:sz w:val="14"/>
      </w:rPr>
      <w:t>Support  |</w:t>
    </w:r>
    <w:proofErr w:type="gramEnd"/>
    <w:r>
      <w:rPr>
        <w:color w:val="4B5563"/>
        <w:sz w:val="14"/>
      </w:rPr>
      <w:t xml:space="preserve">  John A. Vasquez, PhD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AEC43D" w14:textId="77777777" w:rsidR="001120DE" w:rsidRDefault="001120DE">
      <w:pPr>
        <w:spacing w:after="0" w:line="240" w:lineRule="auto"/>
      </w:pPr>
      <w:r>
        <w:separator/>
      </w:r>
    </w:p>
  </w:footnote>
  <w:footnote w:type="continuationSeparator" w:id="0">
    <w:p w14:paraId="0F7974E5" w14:textId="77777777" w:rsidR="001120DE" w:rsidRDefault="001120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29285117">
    <w:abstractNumId w:val="8"/>
  </w:num>
  <w:num w:numId="2" w16cid:durableId="608926833">
    <w:abstractNumId w:val="6"/>
  </w:num>
  <w:num w:numId="3" w16cid:durableId="1902984325">
    <w:abstractNumId w:val="5"/>
  </w:num>
  <w:num w:numId="4" w16cid:durableId="1956867150">
    <w:abstractNumId w:val="4"/>
  </w:num>
  <w:num w:numId="5" w16cid:durableId="1608613191">
    <w:abstractNumId w:val="7"/>
  </w:num>
  <w:num w:numId="6" w16cid:durableId="570430140">
    <w:abstractNumId w:val="3"/>
  </w:num>
  <w:num w:numId="7" w16cid:durableId="55475835">
    <w:abstractNumId w:val="2"/>
  </w:num>
  <w:num w:numId="8" w16cid:durableId="1810317026">
    <w:abstractNumId w:val="1"/>
  </w:num>
  <w:num w:numId="9" w16cid:durableId="173736119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20DE"/>
    <w:rsid w:val="0015074B"/>
    <w:rsid w:val="0029639D"/>
    <w:rsid w:val="00326F90"/>
    <w:rsid w:val="00483C61"/>
    <w:rsid w:val="005D71B4"/>
    <w:rsid w:val="006041BC"/>
    <w:rsid w:val="00605A98"/>
    <w:rsid w:val="007105E5"/>
    <w:rsid w:val="008B74DA"/>
    <w:rsid w:val="008B7E0B"/>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7EA76B"/>
  <w14:defaultImageDpi w14:val="300"/>
  <w15:docId w15:val="{301CFE40-66BB-734E-B57B-6386D323B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WBTitle">
    <w:name w:val="WB Title"/>
    <w:pPr>
      <w:spacing w:after="80"/>
    </w:pPr>
    <w:rPr>
      <w:rFonts w:ascii="Aptos Display" w:hAnsi="Aptos Display"/>
      <w:b/>
      <w:color w:val="123B5D"/>
      <w:sz w:val="40"/>
    </w:rPr>
  </w:style>
  <w:style w:type="paragraph" w:customStyle="1" w:styleId="WBSubtitle">
    <w:name w:val="WB Subtitle"/>
    <w:pPr>
      <w:spacing w:after="80"/>
    </w:pPr>
    <w:rPr>
      <w:rFonts w:ascii="Aptos" w:hAnsi="Aptos"/>
      <w:color w:val="2D7F83"/>
      <w:sz w:val="21"/>
    </w:rPr>
  </w:style>
  <w:style w:type="paragraph" w:customStyle="1" w:styleId="WBSection">
    <w:name w:val="WB Section"/>
    <w:pPr>
      <w:spacing w:after="80"/>
    </w:pPr>
    <w:rPr>
      <w:rFonts w:ascii="Aptos Display" w:hAnsi="Aptos Display"/>
      <w:b/>
      <w:color w:val="123B5D"/>
      <w:sz w:val="28"/>
    </w:rPr>
  </w:style>
  <w:style w:type="paragraph" w:customStyle="1" w:styleId="WBHead">
    <w:name w:val="WB Head"/>
    <w:pPr>
      <w:spacing w:after="80"/>
    </w:pPr>
    <w:rPr>
      <w:rFonts w:ascii="Aptos Display" w:hAnsi="Aptos Display"/>
      <w:b/>
      <w:color w:val="123B5D"/>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1015</Words>
  <Characters>5788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Vasquez, John</cp:lastModifiedBy>
  <cp:revision>4</cp:revision>
  <dcterms:created xsi:type="dcterms:W3CDTF">2013-12-23T23:15:00Z</dcterms:created>
  <dcterms:modified xsi:type="dcterms:W3CDTF">2026-09-17T17:54:00Z</dcterms:modified>
  <cp:category/>
</cp:coreProperties>
</file>