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7AF9" w14:textId="77777777" w:rsidR="008B3300" w:rsidRPr="00D94AC9" w:rsidRDefault="00000000">
      <w:pPr>
        <w:pStyle w:val="Heading1"/>
        <w:rPr>
          <w:rFonts w:ascii="Aptos" w:hAnsi="Aptos"/>
        </w:rPr>
      </w:pPr>
      <w:r w:rsidRPr="00D94AC9">
        <w:rPr>
          <w:rFonts w:ascii="Aptos" w:hAnsi="Aptos"/>
        </w:rPr>
        <w:t>DECA Chapter Community Partnership Guide</w:t>
      </w:r>
    </w:p>
    <w:p w14:paraId="0383B971" w14:textId="0B4978FD" w:rsidR="004E40A9" w:rsidRDefault="00000000">
      <w:pPr>
        <w:rPr>
          <w:rFonts w:ascii="Aptos" w:hAnsi="Aptos"/>
          <w:b/>
        </w:rPr>
      </w:pPr>
      <w:r w:rsidRPr="00D94AC9">
        <w:rPr>
          <w:rFonts w:ascii="Aptos" w:hAnsi="Aptos"/>
          <w:b/>
        </w:rPr>
        <w:t>Partner with Our DECA Chapter</w:t>
      </w:r>
    </w:p>
    <w:p w14:paraId="3B8B8CFA" w14:textId="77777777" w:rsidR="008B3300" w:rsidRPr="00D94AC9" w:rsidRDefault="00000000">
      <w:pPr>
        <w:pStyle w:val="Heading2"/>
        <w:rPr>
          <w:rFonts w:ascii="Aptos" w:hAnsi="Aptos"/>
        </w:rPr>
      </w:pPr>
      <w:r w:rsidRPr="00D94AC9">
        <w:rPr>
          <w:rFonts w:ascii="Aptos" w:hAnsi="Aptos"/>
        </w:rPr>
        <w:t>Preparing Emerging Leaders and Entrepreneurs</w:t>
      </w:r>
    </w:p>
    <w:p w14:paraId="73AC3161" w14:textId="77777777" w:rsidR="008B3300" w:rsidRPr="00D94AC9" w:rsidRDefault="00000000">
      <w:pPr>
        <w:rPr>
          <w:rFonts w:ascii="Aptos" w:hAnsi="Aptos"/>
        </w:rPr>
      </w:pPr>
      <w:r w:rsidRPr="00D94AC9">
        <w:rPr>
          <w:rFonts w:ascii="Aptos" w:hAnsi="Aptos"/>
        </w:rPr>
        <w:t>DECA prepares students for careers in marketing, finance, hospitality, management, and entrepreneurship through hands-on learning, leadership development, and competitive experiences. By partnering with our chapter, you're investing in the future workforce while increasing your organization's visibility and community impact.</w:t>
      </w:r>
    </w:p>
    <w:p w14:paraId="2FEF38EC" w14:textId="1F15EC7A" w:rsidR="008B3300" w:rsidRPr="00D94AC9" w:rsidRDefault="00000000">
      <w:pPr>
        <w:pStyle w:val="Heading2"/>
        <w:rPr>
          <w:rFonts w:ascii="Aptos" w:hAnsi="Aptos"/>
        </w:rPr>
      </w:pPr>
      <w:r w:rsidRPr="00D94AC9">
        <w:rPr>
          <w:rFonts w:ascii="Aptos" w:hAnsi="Aptos"/>
        </w:rPr>
        <w:t xml:space="preserve">Why Partner </w:t>
      </w:r>
      <w:r w:rsidR="00D94AC9">
        <w:rPr>
          <w:rFonts w:ascii="Aptos" w:hAnsi="Aptos"/>
        </w:rPr>
        <w:t>w</w:t>
      </w:r>
      <w:r w:rsidRPr="00D94AC9">
        <w:rPr>
          <w:rFonts w:ascii="Aptos" w:hAnsi="Aptos"/>
        </w:rPr>
        <w:t>ith Our Chapter?</w:t>
      </w:r>
    </w:p>
    <w:p w14:paraId="076771C1" w14:textId="77777777" w:rsidR="008B3300" w:rsidRPr="00D94AC9" w:rsidRDefault="00000000">
      <w:pPr>
        <w:pStyle w:val="ListBullet"/>
        <w:rPr>
          <w:rFonts w:ascii="Aptos" w:hAnsi="Aptos"/>
        </w:rPr>
      </w:pPr>
      <w:r w:rsidRPr="00D94AC9">
        <w:rPr>
          <w:rFonts w:ascii="Aptos" w:hAnsi="Aptos"/>
        </w:rPr>
        <w:t>Provide real-world learning experiences for members</w:t>
      </w:r>
    </w:p>
    <w:p w14:paraId="2683BF8C" w14:textId="77777777" w:rsidR="008B3300" w:rsidRPr="00D94AC9" w:rsidRDefault="00000000">
      <w:pPr>
        <w:pStyle w:val="ListBullet"/>
        <w:rPr>
          <w:rFonts w:ascii="Aptos" w:hAnsi="Aptos"/>
        </w:rPr>
      </w:pPr>
      <w:r w:rsidRPr="00D94AC9">
        <w:rPr>
          <w:rFonts w:ascii="Aptos" w:hAnsi="Aptos"/>
        </w:rPr>
        <w:t>Support students attending leadership conferences and competitions</w:t>
      </w:r>
    </w:p>
    <w:p w14:paraId="27582DCF" w14:textId="77777777" w:rsidR="008B3300" w:rsidRPr="00D94AC9" w:rsidRDefault="00000000">
      <w:pPr>
        <w:pStyle w:val="ListBullet"/>
        <w:rPr>
          <w:rFonts w:ascii="Aptos" w:hAnsi="Aptos"/>
        </w:rPr>
      </w:pPr>
      <w:r w:rsidRPr="00D94AC9">
        <w:rPr>
          <w:rFonts w:ascii="Aptos" w:hAnsi="Aptos"/>
        </w:rPr>
        <w:t>Connect students with local businesses and career opportunities</w:t>
      </w:r>
    </w:p>
    <w:p w14:paraId="7CE230C4" w14:textId="77777777" w:rsidR="008B3300" w:rsidRPr="00D94AC9" w:rsidRDefault="00000000">
      <w:pPr>
        <w:pStyle w:val="ListBullet"/>
        <w:rPr>
          <w:rFonts w:ascii="Aptos" w:hAnsi="Aptos"/>
        </w:rPr>
      </w:pPr>
      <w:r w:rsidRPr="00D94AC9">
        <w:rPr>
          <w:rFonts w:ascii="Aptos" w:hAnsi="Aptos"/>
        </w:rPr>
        <w:t>Build meaningful relationships between education and industry</w:t>
      </w:r>
    </w:p>
    <w:p w14:paraId="0C75D5DA" w14:textId="77777777" w:rsidR="008B3300" w:rsidRPr="00D94AC9" w:rsidRDefault="00000000">
      <w:pPr>
        <w:pStyle w:val="ListBullet"/>
        <w:rPr>
          <w:rFonts w:ascii="Aptos" w:hAnsi="Aptos"/>
        </w:rPr>
      </w:pPr>
      <w:r w:rsidRPr="00D94AC9">
        <w:rPr>
          <w:rFonts w:ascii="Aptos" w:hAnsi="Aptos"/>
        </w:rPr>
        <w:t>Prepare the next generation of skilled professionals</w:t>
      </w:r>
    </w:p>
    <w:p w14:paraId="1F99CF69" w14:textId="77777777" w:rsidR="008B3300" w:rsidRPr="00D94AC9" w:rsidRDefault="00000000">
      <w:pPr>
        <w:pStyle w:val="Heading2"/>
        <w:rPr>
          <w:rFonts w:ascii="Aptos" w:hAnsi="Aptos"/>
        </w:rPr>
      </w:pPr>
      <w:r w:rsidRPr="00D94AC9">
        <w:rPr>
          <w:rFonts w:ascii="Aptos" w:hAnsi="Aptos"/>
        </w:rPr>
        <w:t>Our Chapter Goals (Customize)</w:t>
      </w:r>
    </w:p>
    <w:p w14:paraId="6AB69FFF" w14:textId="42DBA377" w:rsidR="008B3300" w:rsidRPr="00D94AC9" w:rsidRDefault="00000000">
      <w:pPr>
        <w:pStyle w:val="ListBullet"/>
        <w:rPr>
          <w:rFonts w:ascii="Aptos" w:hAnsi="Aptos"/>
        </w:rPr>
      </w:pPr>
      <w:r w:rsidRPr="00D94AC9">
        <w:rPr>
          <w:rFonts w:ascii="Aptos" w:hAnsi="Aptos"/>
        </w:rPr>
        <w:t xml:space="preserve">Recruit _____ </w:t>
      </w:r>
      <w:r w:rsidR="008118BF">
        <w:rPr>
          <w:rFonts w:ascii="Aptos" w:hAnsi="Aptos"/>
        </w:rPr>
        <w:t xml:space="preserve">active </w:t>
      </w:r>
      <w:r w:rsidRPr="00D94AC9">
        <w:rPr>
          <w:rFonts w:ascii="Aptos" w:hAnsi="Aptos"/>
        </w:rPr>
        <w:t>members</w:t>
      </w:r>
      <w:r w:rsidR="008118BF">
        <w:rPr>
          <w:rFonts w:ascii="Aptos" w:hAnsi="Aptos"/>
        </w:rPr>
        <w:t xml:space="preserve"> (includes student, alumni, and professional members)</w:t>
      </w:r>
    </w:p>
    <w:p w14:paraId="7B24E3F5" w14:textId="77777777" w:rsidR="008B3300" w:rsidRPr="00D94AC9" w:rsidRDefault="00000000">
      <w:pPr>
        <w:pStyle w:val="ListBullet"/>
        <w:rPr>
          <w:rFonts w:ascii="Aptos" w:hAnsi="Aptos"/>
        </w:rPr>
      </w:pPr>
      <w:r w:rsidRPr="00D94AC9">
        <w:rPr>
          <w:rFonts w:ascii="Aptos" w:hAnsi="Aptos"/>
        </w:rPr>
        <w:t>Qualify _____ students for state/international competition</w:t>
      </w:r>
    </w:p>
    <w:p w14:paraId="514A248A" w14:textId="77777777" w:rsidR="008B3300" w:rsidRPr="00D94AC9" w:rsidRDefault="00000000">
      <w:pPr>
        <w:pStyle w:val="ListBullet"/>
        <w:rPr>
          <w:rFonts w:ascii="Aptos" w:hAnsi="Aptos"/>
        </w:rPr>
      </w:pPr>
      <w:r w:rsidRPr="00D94AC9">
        <w:rPr>
          <w:rFonts w:ascii="Aptos" w:hAnsi="Aptos"/>
        </w:rPr>
        <w:t>Complete _____ community service hours</w:t>
      </w:r>
    </w:p>
    <w:p w14:paraId="2468A99C" w14:textId="77777777" w:rsidR="008B3300" w:rsidRPr="00D94AC9" w:rsidRDefault="00000000">
      <w:pPr>
        <w:pStyle w:val="ListBullet"/>
        <w:rPr>
          <w:rFonts w:ascii="Aptos" w:hAnsi="Aptos"/>
        </w:rPr>
      </w:pPr>
      <w:r w:rsidRPr="00D94AC9">
        <w:rPr>
          <w:rFonts w:ascii="Aptos" w:hAnsi="Aptos"/>
        </w:rPr>
        <w:t>Raise $_____ for leadership development and travel</w:t>
      </w:r>
    </w:p>
    <w:p w14:paraId="5E3F9997" w14:textId="77777777" w:rsidR="008B3300" w:rsidRPr="00D94AC9" w:rsidRDefault="00000000">
      <w:pPr>
        <w:pStyle w:val="ListBullet"/>
        <w:rPr>
          <w:rFonts w:ascii="Aptos" w:hAnsi="Aptos"/>
        </w:rPr>
      </w:pPr>
      <w:r w:rsidRPr="00D94AC9">
        <w:rPr>
          <w:rFonts w:ascii="Aptos" w:hAnsi="Aptos"/>
        </w:rPr>
        <w:t>Build partnerships with _____ local businesses</w:t>
      </w:r>
    </w:p>
    <w:p w14:paraId="48F4207A" w14:textId="77777777" w:rsidR="008B3300" w:rsidRPr="00D94AC9" w:rsidRDefault="00000000">
      <w:pPr>
        <w:pStyle w:val="Heading2"/>
        <w:rPr>
          <w:rFonts w:ascii="Aptos" w:hAnsi="Aptos"/>
        </w:rPr>
      </w:pPr>
      <w:r w:rsidRPr="00D94AC9">
        <w:rPr>
          <w:rFonts w:ascii="Aptos" w:hAnsi="Aptos"/>
        </w:rPr>
        <w:t>Ways Your Business Can Engage</w:t>
      </w:r>
    </w:p>
    <w:tbl>
      <w:tblPr>
        <w:tblStyle w:val="TableGrid"/>
        <w:tblW w:w="0" w:type="auto"/>
        <w:tblLook w:val="04A0" w:firstRow="1" w:lastRow="0" w:firstColumn="1" w:lastColumn="0" w:noHBand="0" w:noVBand="1"/>
      </w:tblPr>
      <w:tblGrid>
        <w:gridCol w:w="4320"/>
        <w:gridCol w:w="4320"/>
      </w:tblGrid>
      <w:tr w:rsidR="008B3300" w:rsidRPr="00D94AC9" w14:paraId="19B0C780" w14:textId="77777777">
        <w:tc>
          <w:tcPr>
            <w:tcW w:w="4320" w:type="dxa"/>
          </w:tcPr>
          <w:p w14:paraId="588ED45E" w14:textId="77777777" w:rsidR="008B3300" w:rsidRPr="008118BF" w:rsidRDefault="00000000">
            <w:pPr>
              <w:rPr>
                <w:rFonts w:ascii="Aptos" w:hAnsi="Aptos"/>
                <w:b/>
                <w:bCs/>
              </w:rPr>
            </w:pPr>
            <w:r w:rsidRPr="008118BF">
              <w:rPr>
                <w:rFonts w:ascii="Aptos" w:hAnsi="Aptos"/>
                <w:b/>
                <w:bCs/>
              </w:rPr>
              <w:t>Partner Opportunity</w:t>
            </w:r>
          </w:p>
        </w:tc>
        <w:tc>
          <w:tcPr>
            <w:tcW w:w="4320" w:type="dxa"/>
          </w:tcPr>
          <w:p w14:paraId="7A75F123" w14:textId="77777777" w:rsidR="008B3300" w:rsidRPr="008118BF" w:rsidRDefault="00000000">
            <w:pPr>
              <w:rPr>
                <w:rFonts w:ascii="Aptos" w:hAnsi="Aptos"/>
                <w:b/>
                <w:bCs/>
              </w:rPr>
            </w:pPr>
            <w:r w:rsidRPr="008118BF">
              <w:rPr>
                <w:rFonts w:ascii="Aptos" w:hAnsi="Aptos"/>
                <w:b/>
                <w:bCs/>
              </w:rPr>
              <w:t>How You Can Help</w:t>
            </w:r>
          </w:p>
        </w:tc>
      </w:tr>
      <w:tr w:rsidR="008B3300" w:rsidRPr="00D94AC9" w14:paraId="4A0B533A" w14:textId="77777777">
        <w:tc>
          <w:tcPr>
            <w:tcW w:w="4320" w:type="dxa"/>
          </w:tcPr>
          <w:p w14:paraId="2DE22FAD" w14:textId="77777777" w:rsidR="008B3300" w:rsidRPr="00D94AC9" w:rsidRDefault="00000000">
            <w:pPr>
              <w:rPr>
                <w:rFonts w:ascii="Aptos" w:hAnsi="Aptos"/>
              </w:rPr>
            </w:pPr>
            <w:r w:rsidRPr="00D94AC9">
              <w:rPr>
                <w:rFonts w:ascii="Aptos" w:hAnsi="Aptos"/>
              </w:rPr>
              <w:t>Classroom Speaker</w:t>
            </w:r>
          </w:p>
        </w:tc>
        <w:tc>
          <w:tcPr>
            <w:tcW w:w="4320" w:type="dxa"/>
          </w:tcPr>
          <w:p w14:paraId="594BBFD6" w14:textId="77777777" w:rsidR="008B3300" w:rsidRPr="00D94AC9" w:rsidRDefault="00000000">
            <w:pPr>
              <w:rPr>
                <w:rFonts w:ascii="Aptos" w:hAnsi="Aptos"/>
              </w:rPr>
            </w:pPr>
            <w:r w:rsidRPr="00D94AC9">
              <w:rPr>
                <w:rFonts w:ascii="Aptos" w:hAnsi="Aptos"/>
              </w:rPr>
              <w:t>Share your career journey and industry expertise.</w:t>
            </w:r>
          </w:p>
        </w:tc>
      </w:tr>
      <w:tr w:rsidR="008B3300" w:rsidRPr="00D94AC9" w14:paraId="2B149915" w14:textId="77777777">
        <w:tc>
          <w:tcPr>
            <w:tcW w:w="4320" w:type="dxa"/>
          </w:tcPr>
          <w:p w14:paraId="2F84B3C9" w14:textId="77777777" w:rsidR="008B3300" w:rsidRPr="00D94AC9" w:rsidRDefault="00000000">
            <w:pPr>
              <w:rPr>
                <w:rFonts w:ascii="Aptos" w:hAnsi="Aptos"/>
              </w:rPr>
            </w:pPr>
            <w:r w:rsidRPr="00D94AC9">
              <w:rPr>
                <w:rFonts w:ascii="Aptos" w:hAnsi="Aptos"/>
              </w:rPr>
              <w:t>Business Tours</w:t>
            </w:r>
          </w:p>
        </w:tc>
        <w:tc>
          <w:tcPr>
            <w:tcW w:w="4320" w:type="dxa"/>
          </w:tcPr>
          <w:p w14:paraId="10F1E616" w14:textId="77777777" w:rsidR="008B3300" w:rsidRPr="00D94AC9" w:rsidRDefault="00000000">
            <w:pPr>
              <w:rPr>
                <w:rFonts w:ascii="Aptos" w:hAnsi="Aptos"/>
              </w:rPr>
            </w:pPr>
            <w:r w:rsidRPr="00D94AC9">
              <w:rPr>
                <w:rFonts w:ascii="Aptos" w:hAnsi="Aptos"/>
              </w:rPr>
              <w:t>Host students for behind-the-scenes workplace experiences.</w:t>
            </w:r>
          </w:p>
        </w:tc>
      </w:tr>
      <w:tr w:rsidR="008B3300" w:rsidRPr="00D94AC9" w14:paraId="75364E5F" w14:textId="77777777">
        <w:tc>
          <w:tcPr>
            <w:tcW w:w="4320" w:type="dxa"/>
          </w:tcPr>
          <w:p w14:paraId="50419238" w14:textId="77777777" w:rsidR="008B3300" w:rsidRPr="00D94AC9" w:rsidRDefault="00000000">
            <w:pPr>
              <w:rPr>
                <w:rFonts w:ascii="Aptos" w:hAnsi="Aptos"/>
              </w:rPr>
            </w:pPr>
            <w:r w:rsidRPr="00D94AC9">
              <w:rPr>
                <w:rFonts w:ascii="Aptos" w:hAnsi="Aptos"/>
              </w:rPr>
              <w:t>Mentorship</w:t>
            </w:r>
          </w:p>
        </w:tc>
        <w:tc>
          <w:tcPr>
            <w:tcW w:w="4320" w:type="dxa"/>
          </w:tcPr>
          <w:p w14:paraId="7E935524" w14:textId="77777777" w:rsidR="008B3300" w:rsidRPr="00D94AC9" w:rsidRDefault="00000000">
            <w:pPr>
              <w:rPr>
                <w:rFonts w:ascii="Aptos" w:hAnsi="Aptos"/>
              </w:rPr>
            </w:pPr>
            <w:r w:rsidRPr="00D94AC9">
              <w:rPr>
                <w:rFonts w:ascii="Aptos" w:hAnsi="Aptos"/>
              </w:rPr>
              <w:t>Connect with students through career coaching and networking.</w:t>
            </w:r>
          </w:p>
        </w:tc>
      </w:tr>
      <w:tr w:rsidR="008B3300" w:rsidRPr="00D94AC9" w14:paraId="26F7FAAB" w14:textId="77777777">
        <w:tc>
          <w:tcPr>
            <w:tcW w:w="4320" w:type="dxa"/>
          </w:tcPr>
          <w:p w14:paraId="3F697BF0" w14:textId="77777777" w:rsidR="008B3300" w:rsidRPr="00D94AC9" w:rsidRDefault="00000000">
            <w:pPr>
              <w:rPr>
                <w:rFonts w:ascii="Aptos" w:hAnsi="Aptos"/>
              </w:rPr>
            </w:pPr>
            <w:r w:rsidRPr="00D94AC9">
              <w:rPr>
                <w:rFonts w:ascii="Aptos" w:hAnsi="Aptos"/>
              </w:rPr>
              <w:t>Job Shadowing &amp; Internships</w:t>
            </w:r>
          </w:p>
        </w:tc>
        <w:tc>
          <w:tcPr>
            <w:tcW w:w="4320" w:type="dxa"/>
          </w:tcPr>
          <w:p w14:paraId="4CC46F8B" w14:textId="77777777" w:rsidR="008B3300" w:rsidRPr="00D94AC9" w:rsidRDefault="00000000">
            <w:pPr>
              <w:rPr>
                <w:rFonts w:ascii="Aptos" w:hAnsi="Aptos"/>
              </w:rPr>
            </w:pPr>
            <w:r w:rsidRPr="00D94AC9">
              <w:rPr>
                <w:rFonts w:ascii="Aptos" w:hAnsi="Aptos"/>
              </w:rPr>
              <w:t>Provide authentic workplace learning opportunities.</w:t>
            </w:r>
          </w:p>
        </w:tc>
      </w:tr>
      <w:tr w:rsidR="008B3300" w:rsidRPr="00D94AC9" w14:paraId="566A903C" w14:textId="77777777">
        <w:tc>
          <w:tcPr>
            <w:tcW w:w="4320" w:type="dxa"/>
          </w:tcPr>
          <w:p w14:paraId="12583D6D" w14:textId="77777777" w:rsidR="008B3300" w:rsidRPr="00D94AC9" w:rsidRDefault="00000000">
            <w:pPr>
              <w:rPr>
                <w:rFonts w:ascii="Aptos" w:hAnsi="Aptos"/>
              </w:rPr>
            </w:pPr>
            <w:r w:rsidRPr="00D94AC9">
              <w:rPr>
                <w:rFonts w:ascii="Aptos" w:hAnsi="Aptos"/>
              </w:rPr>
              <w:t>Sponsorships</w:t>
            </w:r>
          </w:p>
        </w:tc>
        <w:tc>
          <w:tcPr>
            <w:tcW w:w="4320" w:type="dxa"/>
          </w:tcPr>
          <w:p w14:paraId="5E394720" w14:textId="77777777" w:rsidR="008B3300" w:rsidRPr="00D94AC9" w:rsidRDefault="00000000">
            <w:pPr>
              <w:rPr>
                <w:rFonts w:ascii="Aptos" w:hAnsi="Aptos"/>
              </w:rPr>
            </w:pPr>
            <w:r w:rsidRPr="00D94AC9">
              <w:rPr>
                <w:rFonts w:ascii="Aptos" w:hAnsi="Aptos"/>
              </w:rPr>
              <w:t>Support chapter events, competitions, scholarships, or travel.</w:t>
            </w:r>
          </w:p>
        </w:tc>
      </w:tr>
      <w:tr w:rsidR="008B3300" w:rsidRPr="00D94AC9" w14:paraId="6A983BE5" w14:textId="77777777">
        <w:tc>
          <w:tcPr>
            <w:tcW w:w="4320" w:type="dxa"/>
          </w:tcPr>
          <w:p w14:paraId="512C2011" w14:textId="77777777" w:rsidR="008B3300" w:rsidRPr="00D94AC9" w:rsidRDefault="00000000">
            <w:pPr>
              <w:rPr>
                <w:rFonts w:ascii="Aptos" w:hAnsi="Aptos"/>
              </w:rPr>
            </w:pPr>
            <w:r w:rsidRPr="00D94AC9">
              <w:rPr>
                <w:rFonts w:ascii="Aptos" w:hAnsi="Aptos"/>
              </w:rPr>
              <w:t>Judge Competitions</w:t>
            </w:r>
          </w:p>
        </w:tc>
        <w:tc>
          <w:tcPr>
            <w:tcW w:w="4320" w:type="dxa"/>
          </w:tcPr>
          <w:p w14:paraId="24D716F3" w14:textId="77777777" w:rsidR="008B3300" w:rsidRPr="00D94AC9" w:rsidRDefault="00000000">
            <w:pPr>
              <w:rPr>
                <w:rFonts w:ascii="Aptos" w:hAnsi="Aptos"/>
              </w:rPr>
            </w:pPr>
            <w:r w:rsidRPr="00D94AC9">
              <w:rPr>
                <w:rFonts w:ascii="Aptos" w:hAnsi="Aptos"/>
              </w:rPr>
              <w:t>Evaluate student presentations and provide valuable feedback.</w:t>
            </w:r>
          </w:p>
        </w:tc>
      </w:tr>
      <w:tr w:rsidR="008B3300" w:rsidRPr="00D94AC9" w14:paraId="33C9F55C" w14:textId="77777777">
        <w:tc>
          <w:tcPr>
            <w:tcW w:w="4320" w:type="dxa"/>
          </w:tcPr>
          <w:p w14:paraId="6D3EB54D" w14:textId="77777777" w:rsidR="008B3300" w:rsidRPr="00D94AC9" w:rsidRDefault="00000000">
            <w:pPr>
              <w:rPr>
                <w:rFonts w:ascii="Aptos" w:hAnsi="Aptos"/>
              </w:rPr>
            </w:pPr>
            <w:r w:rsidRPr="00D94AC9">
              <w:rPr>
                <w:rFonts w:ascii="Aptos" w:hAnsi="Aptos"/>
              </w:rPr>
              <w:t>Event Partnership</w:t>
            </w:r>
          </w:p>
        </w:tc>
        <w:tc>
          <w:tcPr>
            <w:tcW w:w="4320" w:type="dxa"/>
          </w:tcPr>
          <w:p w14:paraId="19BE4782" w14:textId="77777777" w:rsidR="008B3300" w:rsidRPr="00D94AC9" w:rsidRDefault="00000000">
            <w:pPr>
              <w:rPr>
                <w:rFonts w:ascii="Aptos" w:hAnsi="Aptos"/>
              </w:rPr>
            </w:pPr>
            <w:r w:rsidRPr="00D94AC9">
              <w:rPr>
                <w:rFonts w:ascii="Aptos" w:hAnsi="Aptos"/>
              </w:rPr>
              <w:t>Participate in chapter meetings, career fairs, or fundraising events.</w:t>
            </w:r>
          </w:p>
        </w:tc>
      </w:tr>
      <w:tr w:rsidR="008B3300" w:rsidRPr="00D94AC9" w14:paraId="2445905B" w14:textId="77777777">
        <w:tc>
          <w:tcPr>
            <w:tcW w:w="4320" w:type="dxa"/>
          </w:tcPr>
          <w:p w14:paraId="65D68790" w14:textId="77777777" w:rsidR="008B3300" w:rsidRPr="00D94AC9" w:rsidRDefault="00000000">
            <w:pPr>
              <w:rPr>
                <w:rFonts w:ascii="Aptos" w:hAnsi="Aptos"/>
              </w:rPr>
            </w:pPr>
            <w:r w:rsidRPr="00D94AC9">
              <w:rPr>
                <w:rFonts w:ascii="Aptos" w:hAnsi="Aptos"/>
              </w:rPr>
              <w:t>Scholarships &amp; Awards</w:t>
            </w:r>
          </w:p>
        </w:tc>
        <w:tc>
          <w:tcPr>
            <w:tcW w:w="4320" w:type="dxa"/>
          </w:tcPr>
          <w:p w14:paraId="721B818A" w14:textId="77777777" w:rsidR="008B3300" w:rsidRPr="00D94AC9" w:rsidRDefault="00000000">
            <w:pPr>
              <w:rPr>
                <w:rFonts w:ascii="Aptos" w:hAnsi="Aptos"/>
              </w:rPr>
            </w:pPr>
            <w:r w:rsidRPr="00D94AC9">
              <w:rPr>
                <w:rFonts w:ascii="Aptos" w:hAnsi="Aptos"/>
              </w:rPr>
              <w:t>Recognize outstanding student achievement.</w:t>
            </w:r>
          </w:p>
        </w:tc>
      </w:tr>
    </w:tbl>
    <w:p w14:paraId="1BBFCB40" w14:textId="77777777" w:rsidR="008B3300" w:rsidRPr="00D94AC9" w:rsidRDefault="00000000">
      <w:pPr>
        <w:pStyle w:val="Heading2"/>
        <w:rPr>
          <w:rFonts w:ascii="Aptos" w:hAnsi="Aptos"/>
        </w:rPr>
      </w:pPr>
      <w:r w:rsidRPr="00D94AC9">
        <w:rPr>
          <w:rFonts w:ascii="Aptos" w:hAnsi="Aptos"/>
        </w:rPr>
        <w:t>Benefits to Your Organization</w:t>
      </w:r>
    </w:p>
    <w:p w14:paraId="27E52813" w14:textId="77777777" w:rsidR="008B3300" w:rsidRPr="00D94AC9" w:rsidRDefault="00000000">
      <w:pPr>
        <w:pStyle w:val="ListBullet"/>
        <w:rPr>
          <w:rFonts w:ascii="Aptos" w:hAnsi="Aptos"/>
        </w:rPr>
      </w:pPr>
      <w:r w:rsidRPr="00D94AC9">
        <w:rPr>
          <w:rFonts w:ascii="Aptos" w:hAnsi="Aptos"/>
        </w:rPr>
        <w:t>Increase community visibility</w:t>
      </w:r>
    </w:p>
    <w:p w14:paraId="1D3F21DE" w14:textId="77777777" w:rsidR="008B3300" w:rsidRPr="00D94AC9" w:rsidRDefault="00000000">
      <w:pPr>
        <w:pStyle w:val="ListBullet"/>
        <w:rPr>
          <w:rFonts w:ascii="Aptos" w:hAnsi="Aptos"/>
        </w:rPr>
      </w:pPr>
      <w:r w:rsidRPr="00D94AC9">
        <w:rPr>
          <w:rFonts w:ascii="Aptos" w:hAnsi="Aptos"/>
        </w:rPr>
        <w:t>Build your future talent pipeline</w:t>
      </w:r>
    </w:p>
    <w:p w14:paraId="1A0307A2" w14:textId="77777777" w:rsidR="008B3300" w:rsidRPr="00D94AC9" w:rsidRDefault="00000000">
      <w:pPr>
        <w:pStyle w:val="ListBullet"/>
        <w:rPr>
          <w:rFonts w:ascii="Aptos" w:hAnsi="Aptos"/>
        </w:rPr>
      </w:pPr>
      <w:r w:rsidRPr="00D94AC9">
        <w:rPr>
          <w:rFonts w:ascii="Aptos" w:hAnsi="Aptos"/>
        </w:rPr>
        <w:t>Support career and technical education</w:t>
      </w:r>
    </w:p>
    <w:p w14:paraId="01489E5C" w14:textId="77777777" w:rsidR="008B3300" w:rsidRPr="00D94AC9" w:rsidRDefault="00000000">
      <w:pPr>
        <w:pStyle w:val="ListBullet"/>
        <w:rPr>
          <w:rFonts w:ascii="Aptos" w:hAnsi="Aptos"/>
        </w:rPr>
      </w:pPr>
      <w:r w:rsidRPr="00D94AC9">
        <w:rPr>
          <w:rFonts w:ascii="Aptos" w:hAnsi="Aptos"/>
        </w:rPr>
        <w:t>Strengthen corporate social responsibility initiatives</w:t>
      </w:r>
    </w:p>
    <w:p w14:paraId="59EFCDFE" w14:textId="77777777" w:rsidR="008B3300" w:rsidRPr="00D94AC9" w:rsidRDefault="00000000">
      <w:pPr>
        <w:pStyle w:val="ListBullet"/>
        <w:rPr>
          <w:rFonts w:ascii="Aptos" w:hAnsi="Aptos"/>
        </w:rPr>
      </w:pPr>
      <w:r w:rsidRPr="00D94AC9">
        <w:rPr>
          <w:rFonts w:ascii="Aptos" w:hAnsi="Aptos"/>
        </w:rPr>
        <w:lastRenderedPageBreak/>
        <w:t>Connect with motivated student leaders</w:t>
      </w:r>
    </w:p>
    <w:p w14:paraId="5FBE674F" w14:textId="77777777" w:rsidR="008B3300" w:rsidRPr="00D94AC9" w:rsidRDefault="00000000">
      <w:pPr>
        <w:pStyle w:val="Heading2"/>
        <w:rPr>
          <w:rFonts w:ascii="Aptos" w:hAnsi="Aptos"/>
        </w:rPr>
      </w:pPr>
      <w:r w:rsidRPr="00D94AC9">
        <w:rPr>
          <w:rFonts w:ascii="Aptos" w:hAnsi="Aptos"/>
        </w:rPr>
        <w:t>Stay Connected</w:t>
      </w:r>
    </w:p>
    <w:p w14:paraId="268E256E" w14:textId="77777777" w:rsidR="008B3300" w:rsidRPr="00D94AC9" w:rsidRDefault="00000000">
      <w:pPr>
        <w:rPr>
          <w:rFonts w:ascii="Aptos" w:hAnsi="Aptos"/>
        </w:rPr>
      </w:pPr>
      <w:r w:rsidRPr="00D94AC9">
        <w:rPr>
          <w:rFonts w:ascii="Aptos" w:hAnsi="Aptos"/>
        </w:rPr>
        <w:t>Chapter Advisor: ____________________</w:t>
      </w:r>
    </w:p>
    <w:p w14:paraId="363EBDBC" w14:textId="77777777" w:rsidR="008B3300" w:rsidRPr="00D94AC9" w:rsidRDefault="00000000">
      <w:pPr>
        <w:rPr>
          <w:rFonts w:ascii="Aptos" w:hAnsi="Aptos"/>
        </w:rPr>
      </w:pPr>
      <w:r w:rsidRPr="00D94AC9">
        <w:rPr>
          <w:rFonts w:ascii="Aptos" w:hAnsi="Aptos"/>
        </w:rPr>
        <w:t>Email: ____________________</w:t>
      </w:r>
    </w:p>
    <w:p w14:paraId="2001A7CC" w14:textId="77777777" w:rsidR="008B3300" w:rsidRPr="00D94AC9" w:rsidRDefault="00000000">
      <w:pPr>
        <w:rPr>
          <w:rFonts w:ascii="Aptos" w:hAnsi="Aptos"/>
        </w:rPr>
      </w:pPr>
      <w:r w:rsidRPr="00D94AC9">
        <w:rPr>
          <w:rFonts w:ascii="Aptos" w:hAnsi="Aptos"/>
        </w:rPr>
        <w:t>Phone: ____________________</w:t>
      </w:r>
    </w:p>
    <w:p w14:paraId="7A8EF00F" w14:textId="77777777" w:rsidR="008B3300" w:rsidRPr="00D94AC9" w:rsidRDefault="00000000">
      <w:pPr>
        <w:rPr>
          <w:rFonts w:ascii="Aptos" w:hAnsi="Aptos"/>
        </w:rPr>
      </w:pPr>
      <w:r w:rsidRPr="00D94AC9">
        <w:rPr>
          <w:rFonts w:ascii="Aptos" w:hAnsi="Aptos"/>
        </w:rPr>
        <w:t>School: ____________________</w:t>
      </w:r>
    </w:p>
    <w:p w14:paraId="589C5D11" w14:textId="77777777" w:rsidR="008B3300" w:rsidRPr="00D94AC9" w:rsidRDefault="00000000">
      <w:pPr>
        <w:rPr>
          <w:rFonts w:ascii="Aptos" w:hAnsi="Aptos"/>
        </w:rPr>
      </w:pPr>
      <w:r w:rsidRPr="00D94AC9">
        <w:rPr>
          <w:rFonts w:ascii="Aptos" w:hAnsi="Aptos"/>
        </w:rPr>
        <w:t>Instagram: @________________</w:t>
      </w:r>
    </w:p>
    <w:p w14:paraId="01AB4B7E" w14:textId="77777777" w:rsidR="008B3300" w:rsidRPr="00D94AC9" w:rsidRDefault="00000000">
      <w:pPr>
        <w:rPr>
          <w:rFonts w:ascii="Aptos" w:hAnsi="Aptos"/>
        </w:rPr>
      </w:pPr>
      <w:r w:rsidRPr="00D94AC9">
        <w:rPr>
          <w:rFonts w:ascii="Aptos" w:hAnsi="Aptos"/>
        </w:rPr>
        <w:t>Facebook: _________________</w:t>
      </w:r>
    </w:p>
    <w:p w14:paraId="237BCCFC" w14:textId="77777777" w:rsidR="008B3300" w:rsidRPr="00D94AC9" w:rsidRDefault="00000000">
      <w:pPr>
        <w:rPr>
          <w:rFonts w:ascii="Aptos" w:hAnsi="Aptos"/>
        </w:rPr>
      </w:pPr>
      <w:r w:rsidRPr="00D94AC9">
        <w:rPr>
          <w:rFonts w:ascii="Aptos" w:hAnsi="Aptos"/>
        </w:rPr>
        <w:t>LinkedIn: _________________</w:t>
      </w:r>
    </w:p>
    <w:p w14:paraId="5F739978" w14:textId="77777777" w:rsidR="008B3300" w:rsidRPr="00D94AC9" w:rsidRDefault="00000000">
      <w:pPr>
        <w:rPr>
          <w:rFonts w:ascii="Aptos" w:hAnsi="Aptos"/>
        </w:rPr>
      </w:pPr>
      <w:r w:rsidRPr="00D94AC9">
        <w:rPr>
          <w:rFonts w:ascii="Aptos" w:hAnsi="Aptos"/>
        </w:rPr>
        <w:t>Website: _________________</w:t>
      </w:r>
    </w:p>
    <w:p w14:paraId="70D36ABB" w14:textId="77777777" w:rsidR="008B3300" w:rsidRPr="00D94AC9" w:rsidRDefault="00000000">
      <w:pPr>
        <w:rPr>
          <w:rFonts w:ascii="Aptos" w:hAnsi="Aptos"/>
        </w:rPr>
      </w:pPr>
      <w:r w:rsidRPr="00D94AC9">
        <w:rPr>
          <w:rFonts w:ascii="Aptos" w:hAnsi="Aptos"/>
        </w:rPr>
        <w:t>QR Code: (Insert here)</w:t>
      </w:r>
    </w:p>
    <w:p w14:paraId="79B2757A" w14:textId="77777777" w:rsidR="008B3300" w:rsidRPr="00D94AC9" w:rsidRDefault="00000000">
      <w:pPr>
        <w:pStyle w:val="Heading2"/>
        <w:rPr>
          <w:rFonts w:ascii="Aptos" w:hAnsi="Aptos"/>
        </w:rPr>
      </w:pPr>
      <w:r w:rsidRPr="00D94AC9">
        <w:rPr>
          <w:rFonts w:ascii="Aptos" w:hAnsi="Aptos"/>
        </w:rPr>
        <w:t>Let's Build the Future Together!</w:t>
      </w:r>
    </w:p>
    <w:p w14:paraId="4E51B897" w14:textId="77777777" w:rsidR="008B3300" w:rsidRPr="00D94AC9" w:rsidRDefault="00000000">
      <w:pPr>
        <w:rPr>
          <w:rFonts w:ascii="Aptos" w:hAnsi="Aptos"/>
        </w:rPr>
      </w:pPr>
      <w:r w:rsidRPr="00D94AC9">
        <w:rPr>
          <w:rFonts w:ascii="Aptos" w:hAnsi="Aptos"/>
        </w:rPr>
        <w:t>We would love the opportunity to discuss how your organization can make an impact while connecting with tomorrow's business leaders. Thank you for supporting our DECA chapter and investing in student success.</w:t>
      </w:r>
    </w:p>
    <w:sectPr w:rsidR="008B3300" w:rsidRPr="00D94AC9" w:rsidSect="00D94AC9">
      <w:pgSz w:w="12226"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5214267">
    <w:abstractNumId w:val="8"/>
  </w:num>
  <w:num w:numId="2" w16cid:durableId="705831919">
    <w:abstractNumId w:val="6"/>
  </w:num>
  <w:num w:numId="3" w16cid:durableId="1902909321">
    <w:abstractNumId w:val="5"/>
  </w:num>
  <w:num w:numId="4" w16cid:durableId="170411117">
    <w:abstractNumId w:val="4"/>
  </w:num>
  <w:num w:numId="5" w16cid:durableId="31153735">
    <w:abstractNumId w:val="7"/>
  </w:num>
  <w:num w:numId="6" w16cid:durableId="458689650">
    <w:abstractNumId w:val="3"/>
  </w:num>
  <w:num w:numId="7" w16cid:durableId="264702263">
    <w:abstractNumId w:val="2"/>
  </w:num>
  <w:num w:numId="8" w16cid:durableId="1487087142">
    <w:abstractNumId w:val="1"/>
  </w:num>
  <w:num w:numId="9" w16cid:durableId="1952004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E40A9"/>
    <w:rsid w:val="00596143"/>
    <w:rsid w:val="008118BF"/>
    <w:rsid w:val="008B3300"/>
    <w:rsid w:val="009904AE"/>
    <w:rsid w:val="009946B0"/>
    <w:rsid w:val="00AA1D8D"/>
    <w:rsid w:val="00AC5193"/>
    <w:rsid w:val="00B47730"/>
    <w:rsid w:val="00CB0664"/>
    <w:rsid w:val="00D94AC9"/>
    <w:rsid w:val="00EB15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3CEDE8"/>
  <w14:defaultImageDpi w14:val="300"/>
  <w15:docId w15:val="{2EAC33BD-1A32-E24D-97AB-E337513A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299</Words>
  <Characters>2203</Characters>
  <Application>Microsoft Office Word</Application>
  <DocSecurity>0</DocSecurity>
  <Lines>68</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Whitney Milbourne</cp:lastModifiedBy>
  <cp:revision>4</cp:revision>
  <dcterms:created xsi:type="dcterms:W3CDTF">2026-07-14T16:13:00Z</dcterms:created>
  <dcterms:modified xsi:type="dcterms:W3CDTF">2026-07-16T14:19:00Z</dcterms:modified>
  <cp:category/>
</cp:coreProperties>
</file>